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7A1B3" w14:textId="77777777" w:rsidR="006B7587" w:rsidRPr="0017788D" w:rsidRDefault="0CC682D6" w:rsidP="00871550">
      <w:pPr>
        <w:spacing w:after="40"/>
        <w:jc w:val="center"/>
        <w:rPr>
          <w:b/>
          <w:bCs/>
          <w:sz w:val="28"/>
          <w:szCs w:val="28"/>
        </w:rPr>
      </w:pPr>
      <w:r w:rsidRPr="0017788D">
        <w:rPr>
          <w:b/>
          <w:bCs/>
          <w:sz w:val="28"/>
          <w:szCs w:val="28"/>
        </w:rPr>
        <w:t>Lumsden Bethune Minor Hockey Association</w:t>
      </w:r>
    </w:p>
    <w:p w14:paraId="652D9BD7" w14:textId="0565F667" w:rsidR="006B7587" w:rsidRPr="0017788D" w:rsidRDefault="00A310CC" w:rsidP="0CC682D6">
      <w:pPr>
        <w:spacing w:after="160"/>
        <w:jc w:val="center"/>
        <w:rPr>
          <w:b/>
          <w:bCs/>
          <w:sz w:val="24"/>
          <w:szCs w:val="24"/>
        </w:rPr>
      </w:pPr>
      <w:r>
        <w:rPr>
          <w:b/>
          <w:bCs/>
          <w:sz w:val="24"/>
          <w:szCs w:val="24"/>
        </w:rPr>
        <w:t xml:space="preserve">Equipment </w:t>
      </w:r>
      <w:r w:rsidR="00092E82">
        <w:rPr>
          <w:b/>
          <w:bCs/>
          <w:sz w:val="24"/>
          <w:szCs w:val="24"/>
        </w:rPr>
        <w:t>Management Guide</w:t>
      </w:r>
    </w:p>
    <w:p w14:paraId="062DC7CE" w14:textId="585DB797" w:rsidR="002030F1" w:rsidRPr="00FF1BD3" w:rsidRDefault="0CC682D6" w:rsidP="00871550">
      <w:pPr>
        <w:spacing w:after="160" w:line="252" w:lineRule="auto"/>
        <w:ind w:firstLine="720"/>
        <w:rPr>
          <w:sz w:val="22"/>
          <w:lang w:val="en-CA"/>
        </w:rPr>
      </w:pPr>
      <w:r w:rsidRPr="00FF1BD3">
        <w:rPr>
          <w:sz w:val="22"/>
        </w:rPr>
        <w:t xml:space="preserve">LBMHA is pleased to offer teams the optional opportunity to add player name bars to the back of association jerseys through our </w:t>
      </w:r>
      <w:r w:rsidR="00FA3A34">
        <w:rPr>
          <w:sz w:val="22"/>
        </w:rPr>
        <w:t xml:space="preserve">sole </w:t>
      </w:r>
      <w:r w:rsidRPr="00FF1BD3">
        <w:rPr>
          <w:sz w:val="22"/>
        </w:rPr>
        <w:t xml:space="preserve">partnership with Extreme Hockey. This program allows players to proudly wear their names on their </w:t>
      </w:r>
      <w:r w:rsidR="00942B90" w:rsidRPr="00FF1BD3">
        <w:rPr>
          <w:sz w:val="22"/>
        </w:rPr>
        <w:t>backs</w:t>
      </w:r>
      <w:r w:rsidRPr="00FF1BD3">
        <w:rPr>
          <w:sz w:val="22"/>
        </w:rPr>
        <w:t xml:space="preserve"> while helping protect and extend the life of our association's</w:t>
      </w:r>
      <w:r w:rsidR="00942B90" w:rsidRPr="00FF1BD3">
        <w:rPr>
          <w:sz w:val="22"/>
        </w:rPr>
        <w:t xml:space="preserve"> jerseys</w:t>
      </w:r>
      <w:r w:rsidRPr="00FF1BD3">
        <w:rPr>
          <w:sz w:val="22"/>
        </w:rPr>
        <w:t xml:space="preserve">. </w:t>
      </w:r>
      <w:r w:rsidR="002F6F45" w:rsidRPr="00FF1BD3">
        <w:rPr>
          <w:sz w:val="22"/>
        </w:rPr>
        <w:t xml:space="preserve">Participation in the </w:t>
      </w:r>
      <w:r w:rsidR="00B71341">
        <w:rPr>
          <w:sz w:val="22"/>
        </w:rPr>
        <w:t>N</w:t>
      </w:r>
      <w:r w:rsidR="002F6F45" w:rsidRPr="00FF1BD3">
        <w:rPr>
          <w:sz w:val="22"/>
        </w:rPr>
        <w:t xml:space="preserve">ame </w:t>
      </w:r>
      <w:r w:rsidR="00B71341">
        <w:rPr>
          <w:sz w:val="22"/>
        </w:rPr>
        <w:t>B</w:t>
      </w:r>
      <w:r w:rsidR="002F6F45" w:rsidRPr="00FF1BD3">
        <w:rPr>
          <w:sz w:val="22"/>
        </w:rPr>
        <w:t>ar Program is at the discretion of each team, with all associated costs being the responsibility of the team.</w:t>
      </w:r>
      <w:r w:rsidR="00BE78C4" w:rsidRPr="00FF1BD3">
        <w:rPr>
          <w:sz w:val="22"/>
          <w:lang w:val="en-CA"/>
        </w:rPr>
        <w:t xml:space="preserve"> </w:t>
      </w:r>
      <w:r w:rsidR="00DB7374" w:rsidRPr="00FF1BD3">
        <w:rPr>
          <w:sz w:val="22"/>
          <w:lang w:val="en-CA"/>
        </w:rPr>
        <w:t xml:space="preserve">Extreme Hockey </w:t>
      </w:r>
      <w:r w:rsidR="003D216E" w:rsidRPr="00FF1BD3">
        <w:rPr>
          <w:sz w:val="22"/>
          <w:lang w:val="en-CA"/>
        </w:rPr>
        <w:t>is</w:t>
      </w:r>
      <w:r w:rsidR="00DB7374" w:rsidRPr="00FF1BD3">
        <w:rPr>
          <w:sz w:val="22"/>
          <w:lang w:val="en-CA"/>
        </w:rPr>
        <w:t xml:space="preserve"> a valued partner of LBMHA</w:t>
      </w:r>
      <w:r w:rsidR="00D75E5F" w:rsidRPr="00FF1BD3">
        <w:rPr>
          <w:sz w:val="22"/>
          <w:lang w:val="en-CA"/>
        </w:rPr>
        <w:t xml:space="preserve"> </w:t>
      </w:r>
      <w:r w:rsidR="00D049D9" w:rsidRPr="00FF1BD3">
        <w:rPr>
          <w:sz w:val="22"/>
          <w:lang w:val="en-CA"/>
        </w:rPr>
        <w:t xml:space="preserve">and </w:t>
      </w:r>
      <w:r w:rsidR="007872F4">
        <w:rPr>
          <w:sz w:val="22"/>
          <w:lang w:val="en-CA"/>
        </w:rPr>
        <w:t>has</w:t>
      </w:r>
      <w:r w:rsidR="00D75E5F" w:rsidRPr="00FF1BD3">
        <w:rPr>
          <w:sz w:val="22"/>
        </w:rPr>
        <w:t xml:space="preserve"> made this a convenient and affordable option for those teams that choose to participate.</w:t>
      </w:r>
      <w:r w:rsidR="00FF4DB7">
        <w:rPr>
          <w:sz w:val="22"/>
        </w:rPr>
        <w:t xml:space="preserve">  </w:t>
      </w:r>
      <w:r w:rsidR="00DB7374" w:rsidRPr="00FF1BD3">
        <w:rPr>
          <w:sz w:val="22"/>
          <w:lang w:val="en-CA"/>
        </w:rPr>
        <w:t xml:space="preserve">To support their scheduling requirements, </w:t>
      </w:r>
      <w:r w:rsidR="00752556" w:rsidRPr="00FF1BD3">
        <w:rPr>
          <w:sz w:val="22"/>
          <w:lang w:val="en-CA"/>
        </w:rPr>
        <w:t>please provide as much advance notice as possible when coordinating jersey drop offs and pickups, particularly during the busy start and end of season periods</w:t>
      </w:r>
      <w:r w:rsidR="00EA2D25" w:rsidRPr="00FF1BD3">
        <w:rPr>
          <w:sz w:val="22"/>
          <w:lang w:val="en-CA"/>
        </w:rPr>
        <w:t>.</w:t>
      </w:r>
      <w:r w:rsidR="005E47B4" w:rsidRPr="00FF1BD3">
        <w:rPr>
          <w:sz w:val="22"/>
          <w:lang w:val="en-CA"/>
        </w:rPr>
        <w:t xml:space="preserve">  </w:t>
      </w:r>
    </w:p>
    <w:p w14:paraId="41F93070" w14:textId="51E410B6" w:rsidR="00472356" w:rsidRPr="00472356" w:rsidRDefault="00472356" w:rsidP="00472356">
      <w:pPr>
        <w:spacing w:after="160" w:line="252" w:lineRule="auto"/>
        <w:ind w:firstLine="720"/>
        <w:rPr>
          <w:sz w:val="22"/>
          <w:lang w:val="en-CA"/>
        </w:rPr>
      </w:pPr>
      <w:r w:rsidRPr="00472356">
        <w:rPr>
          <w:sz w:val="22"/>
          <w:lang w:val="en-CA"/>
        </w:rPr>
        <w:t>If jersey sizing alterations are required, Cho's Jean &amp; Top Designers, located at 1005 Albert Street, Regina, shall be used for all jersey alterations and restoration. Cho's is familiar with modifying hockey jerseys and can res</w:t>
      </w:r>
      <w:r w:rsidR="00E11EE0">
        <w:rPr>
          <w:sz w:val="22"/>
          <w:lang w:val="en-CA"/>
        </w:rPr>
        <w:t xml:space="preserve">ize them by bringing </w:t>
      </w:r>
      <w:r w:rsidRPr="00472356">
        <w:rPr>
          <w:sz w:val="22"/>
          <w:lang w:val="en-CA"/>
        </w:rPr>
        <w:t xml:space="preserve">a properly fitting jersey </w:t>
      </w:r>
      <w:r w:rsidR="00906481">
        <w:rPr>
          <w:sz w:val="22"/>
          <w:lang w:val="en-CA"/>
        </w:rPr>
        <w:t xml:space="preserve">with you </w:t>
      </w:r>
      <w:r w:rsidRPr="00472356">
        <w:rPr>
          <w:sz w:val="22"/>
          <w:lang w:val="en-CA"/>
        </w:rPr>
        <w:t>as a template.</w:t>
      </w:r>
    </w:p>
    <w:p w14:paraId="099A193F" w14:textId="2E52AAAA" w:rsidR="006B7587" w:rsidRPr="0017788D" w:rsidRDefault="00902720" w:rsidP="00DB7374">
      <w:pPr>
        <w:spacing w:after="160" w:line="252" w:lineRule="auto"/>
        <w:rPr>
          <w:sz w:val="20"/>
          <w:szCs w:val="20"/>
          <w:u w:val="single"/>
        </w:rPr>
      </w:pPr>
      <w:r w:rsidRPr="0017788D">
        <w:rPr>
          <w:b/>
          <w:sz w:val="22"/>
          <w:szCs w:val="20"/>
          <w:u w:val="single"/>
        </w:rPr>
        <w:t xml:space="preserve">Name </w:t>
      </w:r>
      <w:r w:rsidR="005A47BF">
        <w:rPr>
          <w:b/>
          <w:sz w:val="22"/>
          <w:szCs w:val="20"/>
          <w:u w:val="single"/>
        </w:rPr>
        <w:t>B</w:t>
      </w:r>
      <w:r w:rsidRPr="0017788D">
        <w:rPr>
          <w:b/>
          <w:sz w:val="22"/>
          <w:szCs w:val="20"/>
          <w:u w:val="single"/>
        </w:rPr>
        <w:t>ars</w:t>
      </w:r>
    </w:p>
    <w:p w14:paraId="3628AD14" w14:textId="3696080B" w:rsidR="006B7587" w:rsidRPr="00FF1BD3" w:rsidRDefault="0CC682D6" w:rsidP="00FD0C20">
      <w:pPr>
        <w:pStyle w:val="ListBullet"/>
        <w:rPr>
          <w:sz w:val="22"/>
        </w:rPr>
      </w:pPr>
      <w:r w:rsidRPr="00FF1BD3">
        <w:rPr>
          <w:sz w:val="22"/>
        </w:rPr>
        <w:t xml:space="preserve">Participation in the </w:t>
      </w:r>
      <w:r w:rsidR="005A47BF">
        <w:rPr>
          <w:sz w:val="22"/>
        </w:rPr>
        <w:t>N</w:t>
      </w:r>
      <w:r w:rsidRPr="00FF1BD3">
        <w:rPr>
          <w:sz w:val="22"/>
        </w:rPr>
        <w:t xml:space="preserve">ame </w:t>
      </w:r>
      <w:r w:rsidR="005A47BF">
        <w:rPr>
          <w:sz w:val="22"/>
        </w:rPr>
        <w:t>B</w:t>
      </w:r>
      <w:r w:rsidRPr="00FF1BD3">
        <w:rPr>
          <w:sz w:val="22"/>
        </w:rPr>
        <w:t>ar Program is optional.</w:t>
      </w:r>
    </w:p>
    <w:p w14:paraId="278E1E73" w14:textId="77777777" w:rsidR="006B7587" w:rsidRPr="00FF1BD3" w:rsidRDefault="0CC682D6" w:rsidP="00FD0C20">
      <w:pPr>
        <w:pStyle w:val="ListBullet"/>
        <w:rPr>
          <w:sz w:val="22"/>
        </w:rPr>
      </w:pPr>
      <w:r w:rsidRPr="00FF1BD3">
        <w:rPr>
          <w:sz w:val="22"/>
        </w:rPr>
        <w:t>All costs associated with name bars are the responsibility of the team.</w:t>
      </w:r>
    </w:p>
    <w:p w14:paraId="0D470BFA" w14:textId="77777777" w:rsidR="006B7587" w:rsidRPr="00FF1BD3" w:rsidRDefault="0CC682D6" w:rsidP="00FD0C20">
      <w:pPr>
        <w:pStyle w:val="ListBullet"/>
        <w:rPr>
          <w:sz w:val="22"/>
        </w:rPr>
      </w:pPr>
      <w:r w:rsidRPr="00FF1BD3">
        <w:rPr>
          <w:sz w:val="22"/>
        </w:rPr>
        <w:t>All name bars must be printed, installed, and removed exclusively by Extreme Hockey.</w:t>
      </w:r>
    </w:p>
    <w:p w14:paraId="165112E8" w14:textId="54701C29" w:rsidR="006B7587" w:rsidRPr="00FF1BD3" w:rsidRDefault="0025681A" w:rsidP="00FD0C20">
      <w:pPr>
        <w:pStyle w:val="ListBullet"/>
        <w:rPr>
          <w:sz w:val="22"/>
          <w:lang w:val="en-CA" w:eastAsia="en-CA"/>
        </w:rPr>
      </w:pPr>
      <w:r w:rsidRPr="00FF1BD3">
        <w:rPr>
          <w:sz w:val="22"/>
          <w:lang w:val="en-CA" w:eastAsia="en-CA"/>
        </w:rPr>
        <w:t>Drop off and pick up dates, including end of season name bar and leadership letter removal, must be coordinated</w:t>
      </w:r>
      <w:r w:rsidR="0052366A" w:rsidRPr="00FF1BD3">
        <w:rPr>
          <w:sz w:val="22"/>
          <w:lang w:val="en-CA" w:eastAsia="en-CA"/>
        </w:rPr>
        <w:t xml:space="preserve"> </w:t>
      </w:r>
      <w:r w:rsidRPr="00FF1BD3">
        <w:rPr>
          <w:sz w:val="22"/>
          <w:lang w:val="en-CA" w:eastAsia="en-CA"/>
        </w:rPr>
        <w:t>directly with Extreme Hockey. Teams should provide as much advance notice as possible.</w:t>
      </w:r>
    </w:p>
    <w:p w14:paraId="7261E50B" w14:textId="176EBE80" w:rsidR="001C750F" w:rsidRPr="002919D8" w:rsidRDefault="0CC682D6" w:rsidP="002919D8">
      <w:pPr>
        <w:pStyle w:val="ListBullet"/>
        <w:rPr>
          <w:sz w:val="22"/>
        </w:rPr>
      </w:pPr>
      <w:r w:rsidRPr="00FF1BD3">
        <w:rPr>
          <w:sz w:val="22"/>
        </w:rPr>
        <w:t xml:space="preserve">Please ensure all player names are spelled correctly before submitting the </w:t>
      </w:r>
      <w:r w:rsidR="00A94824" w:rsidRPr="00FF1BD3">
        <w:rPr>
          <w:sz w:val="22"/>
        </w:rPr>
        <w:t xml:space="preserve">jersey alteration </w:t>
      </w:r>
      <w:r w:rsidRPr="00FF1BD3">
        <w:rPr>
          <w:sz w:val="22"/>
        </w:rPr>
        <w:t>spreadsheet</w:t>
      </w:r>
      <w:r w:rsidR="50C4D122" w:rsidRPr="00FF1BD3">
        <w:rPr>
          <w:sz w:val="22"/>
        </w:rPr>
        <w:t xml:space="preserve"> to avoid unnecessary costs.</w:t>
      </w:r>
    </w:p>
    <w:p w14:paraId="2BF7D566" w14:textId="77777777" w:rsidR="006B7587" w:rsidRPr="00FF1BD3" w:rsidRDefault="0CC682D6" w:rsidP="00FD0C20">
      <w:pPr>
        <w:pStyle w:val="ListBullet"/>
        <w:rPr>
          <w:sz w:val="22"/>
        </w:rPr>
      </w:pPr>
      <w:r w:rsidRPr="00FF1BD3">
        <w:rPr>
          <w:sz w:val="22"/>
        </w:rPr>
        <w:t>Extreme Hockey requires the jerseys for a minimum of two days before they can be picked up.</w:t>
      </w:r>
    </w:p>
    <w:p w14:paraId="2E06CAE5" w14:textId="4607326D" w:rsidR="6A3460E9" w:rsidRDefault="6A3460E9" w:rsidP="00FD0C20">
      <w:pPr>
        <w:pStyle w:val="ListBullet"/>
        <w:rPr>
          <w:sz w:val="22"/>
        </w:rPr>
      </w:pPr>
      <w:r w:rsidRPr="00FF1BD3">
        <w:rPr>
          <w:sz w:val="22"/>
        </w:rPr>
        <w:t>Name</w:t>
      </w:r>
      <w:r w:rsidR="00C84368" w:rsidRPr="00FF1BD3">
        <w:rPr>
          <w:sz w:val="22"/>
        </w:rPr>
        <w:t xml:space="preserve"> </w:t>
      </w:r>
      <w:r w:rsidRPr="00FF1BD3">
        <w:rPr>
          <w:sz w:val="22"/>
        </w:rPr>
        <w:t xml:space="preserve">bars are owned by each family and may be kept for </w:t>
      </w:r>
      <w:r w:rsidR="00801E26">
        <w:rPr>
          <w:sz w:val="22"/>
        </w:rPr>
        <w:t>re</w:t>
      </w:r>
      <w:r w:rsidRPr="00FF1BD3">
        <w:rPr>
          <w:sz w:val="22"/>
        </w:rPr>
        <w:t xml:space="preserve">application </w:t>
      </w:r>
      <w:r w:rsidR="458837B3" w:rsidRPr="00FF1BD3">
        <w:rPr>
          <w:sz w:val="22"/>
        </w:rPr>
        <w:t xml:space="preserve">for future </w:t>
      </w:r>
      <w:r w:rsidRPr="00FF1BD3">
        <w:rPr>
          <w:sz w:val="22"/>
        </w:rPr>
        <w:t>season</w:t>
      </w:r>
      <w:r w:rsidR="35149478" w:rsidRPr="00FF1BD3">
        <w:rPr>
          <w:sz w:val="22"/>
        </w:rPr>
        <w:t>s.</w:t>
      </w:r>
    </w:p>
    <w:p w14:paraId="630E377A" w14:textId="6DD3C99E" w:rsidR="005922A2" w:rsidRPr="00FF1BD3" w:rsidRDefault="005922A2" w:rsidP="00FD0C20">
      <w:pPr>
        <w:pStyle w:val="ListBullet"/>
        <w:rPr>
          <w:sz w:val="22"/>
        </w:rPr>
      </w:pPr>
      <w:r>
        <w:rPr>
          <w:sz w:val="22"/>
        </w:rPr>
        <w:t xml:space="preserve">Cost of the </w:t>
      </w:r>
      <w:r w:rsidR="00D523F7">
        <w:rPr>
          <w:sz w:val="22"/>
        </w:rPr>
        <w:t xml:space="preserve">Initial </w:t>
      </w:r>
      <w:r w:rsidR="001A6235">
        <w:rPr>
          <w:sz w:val="22"/>
        </w:rPr>
        <w:t xml:space="preserve">fabrication, </w:t>
      </w:r>
      <w:r w:rsidR="00801E26">
        <w:rPr>
          <w:sz w:val="22"/>
        </w:rPr>
        <w:t>installation</w:t>
      </w:r>
      <w:r w:rsidR="001A6235">
        <w:rPr>
          <w:sz w:val="22"/>
        </w:rPr>
        <w:t xml:space="preserve"> and removal of the name bar is $20.00</w:t>
      </w:r>
      <w:r w:rsidR="00AA1260">
        <w:rPr>
          <w:sz w:val="22"/>
        </w:rPr>
        <w:t xml:space="preserve"> plus taxes per jersey.</w:t>
      </w:r>
    </w:p>
    <w:p w14:paraId="334509BB" w14:textId="77777777" w:rsidR="00F77F58" w:rsidRPr="00FF1BD3" w:rsidRDefault="00E1108B" w:rsidP="008A14B7">
      <w:pPr>
        <w:pStyle w:val="ListBullet"/>
        <w:rPr>
          <w:sz w:val="22"/>
          <w:lang w:val="en-CA" w:eastAsia="en-CA"/>
        </w:rPr>
      </w:pPr>
      <w:r w:rsidRPr="00FF1BD3">
        <w:rPr>
          <w:sz w:val="22"/>
          <w:lang w:val="en-CA" w:eastAsia="en-CA"/>
        </w:rPr>
        <w:t>Previously purchased name</w:t>
      </w:r>
      <w:r w:rsidR="00C84368" w:rsidRPr="00FF1BD3">
        <w:rPr>
          <w:sz w:val="22"/>
          <w:lang w:val="en-CA" w:eastAsia="en-CA"/>
        </w:rPr>
        <w:t xml:space="preserve"> </w:t>
      </w:r>
      <w:r w:rsidRPr="00FF1BD3">
        <w:rPr>
          <w:sz w:val="22"/>
          <w:lang w:val="en-CA" w:eastAsia="en-CA"/>
        </w:rPr>
        <w:t>bars may be re-applied in future seasons at a reduced cost of $10 plus taxes per jersey.</w:t>
      </w:r>
    </w:p>
    <w:p w14:paraId="1F25958F" w14:textId="277AF63B" w:rsidR="00C72AB1" w:rsidRPr="0017788D" w:rsidRDefault="00E41451" w:rsidP="00F77F58">
      <w:pPr>
        <w:pStyle w:val="ListBullet"/>
        <w:numPr>
          <w:ilvl w:val="0"/>
          <w:numId w:val="0"/>
        </w:numPr>
        <w:rPr>
          <w:sz w:val="20"/>
          <w:szCs w:val="20"/>
          <w:u w:val="single"/>
          <w:lang w:val="en-CA" w:eastAsia="en-CA"/>
        </w:rPr>
      </w:pPr>
      <w:r w:rsidRPr="0017788D">
        <w:rPr>
          <w:b/>
          <w:sz w:val="22"/>
          <w:szCs w:val="20"/>
          <w:u w:val="single"/>
        </w:rPr>
        <w:t>Leadership Letters</w:t>
      </w:r>
    </w:p>
    <w:p w14:paraId="69138FC3" w14:textId="77777777" w:rsidR="006B7587" w:rsidRPr="00FF1BD3" w:rsidRDefault="0CC682D6">
      <w:pPr>
        <w:pStyle w:val="ListBullet"/>
        <w:spacing w:after="20" w:line="240" w:lineRule="auto"/>
        <w:ind w:hanging="216"/>
        <w:rPr>
          <w:sz w:val="22"/>
        </w:rPr>
      </w:pPr>
      <w:r w:rsidRPr="00FF1BD3">
        <w:rPr>
          <w:sz w:val="22"/>
        </w:rPr>
        <w:t>Each team is permitted 1 Captain (C) and 3 Alternate Captains (A).</w:t>
      </w:r>
    </w:p>
    <w:p w14:paraId="7664E7EF" w14:textId="73E68DD6" w:rsidR="006B7587" w:rsidRPr="00FF1BD3" w:rsidRDefault="004E621F" w:rsidP="0CC682D6">
      <w:pPr>
        <w:pStyle w:val="ListBullet"/>
        <w:spacing w:after="20" w:line="240" w:lineRule="auto"/>
        <w:ind w:hanging="216"/>
        <w:rPr>
          <w:sz w:val="22"/>
        </w:rPr>
      </w:pPr>
      <w:r>
        <w:rPr>
          <w:sz w:val="22"/>
        </w:rPr>
        <w:t>A</w:t>
      </w:r>
      <w:r w:rsidR="0CC682D6" w:rsidRPr="00FF1BD3">
        <w:rPr>
          <w:sz w:val="22"/>
        </w:rPr>
        <w:t xml:space="preserve">ll leadership letters </w:t>
      </w:r>
      <w:r w:rsidR="005141A3">
        <w:rPr>
          <w:sz w:val="22"/>
        </w:rPr>
        <w:t>must be in</w:t>
      </w:r>
      <w:r w:rsidR="00EB03C2">
        <w:rPr>
          <w:sz w:val="22"/>
        </w:rPr>
        <w:t>stalled by Extreme Hockey</w:t>
      </w:r>
      <w:r w:rsidR="00837AFA">
        <w:rPr>
          <w:sz w:val="22"/>
        </w:rPr>
        <w:t xml:space="preserve">, which is </w:t>
      </w:r>
      <w:r w:rsidR="0CC682D6" w:rsidRPr="00FF1BD3">
        <w:rPr>
          <w:sz w:val="22"/>
        </w:rPr>
        <w:t>at no charge.</w:t>
      </w:r>
    </w:p>
    <w:p w14:paraId="625FE38C" w14:textId="0083BD1C" w:rsidR="64BA40E2" w:rsidRPr="00FF1BD3" w:rsidRDefault="00E1108B" w:rsidP="00E1108B">
      <w:pPr>
        <w:pStyle w:val="ListBullet"/>
        <w:spacing w:after="20" w:line="240" w:lineRule="auto"/>
        <w:ind w:hanging="216"/>
        <w:rPr>
          <w:sz w:val="22"/>
          <w:lang w:val="en-CA"/>
        </w:rPr>
      </w:pPr>
      <w:r w:rsidRPr="00FF1BD3">
        <w:rPr>
          <w:sz w:val="22"/>
          <w:lang w:val="en-CA"/>
        </w:rPr>
        <w:t>Extreme Hockey maintains the inventory of leadership letters. Teams do not need to provide letters to Extreme Hockey.</w:t>
      </w:r>
    </w:p>
    <w:p w14:paraId="1D80BFDA" w14:textId="0AD318CC" w:rsidR="00B2022B" w:rsidRPr="00FF1BD3" w:rsidRDefault="64BA40E2" w:rsidP="008A14B7">
      <w:pPr>
        <w:pStyle w:val="ListBullet"/>
        <w:spacing w:after="20" w:line="240" w:lineRule="auto"/>
        <w:ind w:hanging="216"/>
        <w:rPr>
          <w:sz w:val="22"/>
        </w:rPr>
      </w:pPr>
      <w:r w:rsidRPr="00FF1BD3">
        <w:rPr>
          <w:sz w:val="22"/>
        </w:rPr>
        <w:t xml:space="preserve">C’s and </w:t>
      </w:r>
      <w:proofErr w:type="gramStart"/>
      <w:r w:rsidRPr="00FF1BD3">
        <w:rPr>
          <w:sz w:val="22"/>
        </w:rPr>
        <w:t>A’s</w:t>
      </w:r>
      <w:proofErr w:type="gramEnd"/>
      <w:r w:rsidRPr="00FF1BD3">
        <w:rPr>
          <w:sz w:val="22"/>
        </w:rPr>
        <w:t xml:space="preserve"> are to be </w:t>
      </w:r>
      <w:r w:rsidR="00D537BD">
        <w:rPr>
          <w:sz w:val="22"/>
        </w:rPr>
        <w:t>checked off</w:t>
      </w:r>
      <w:r w:rsidRPr="00FF1BD3">
        <w:rPr>
          <w:sz w:val="22"/>
        </w:rPr>
        <w:t xml:space="preserve"> with the respective numbers on the Jersey </w:t>
      </w:r>
      <w:r w:rsidR="00EF280E" w:rsidRPr="00FF1BD3">
        <w:rPr>
          <w:sz w:val="22"/>
        </w:rPr>
        <w:t>Alteration</w:t>
      </w:r>
      <w:r w:rsidRPr="00FF1BD3">
        <w:rPr>
          <w:sz w:val="22"/>
        </w:rPr>
        <w:t xml:space="preserve"> Sp</w:t>
      </w:r>
      <w:r w:rsidR="77973F15" w:rsidRPr="00FF1BD3">
        <w:rPr>
          <w:sz w:val="22"/>
        </w:rPr>
        <w:t>readsheet.</w:t>
      </w:r>
    </w:p>
    <w:p w14:paraId="70B63823" w14:textId="77777777" w:rsidR="00B2022B" w:rsidRPr="0017788D" w:rsidRDefault="00B2022B" w:rsidP="00B2022B">
      <w:pPr>
        <w:spacing w:before="80" w:after="40"/>
        <w:rPr>
          <w:sz w:val="20"/>
          <w:szCs w:val="20"/>
          <w:u w:val="single"/>
        </w:rPr>
      </w:pPr>
      <w:r w:rsidRPr="0017788D">
        <w:rPr>
          <w:b/>
          <w:sz w:val="22"/>
          <w:szCs w:val="20"/>
          <w:u w:val="single"/>
        </w:rPr>
        <w:t>Jersey Alterations</w:t>
      </w:r>
    </w:p>
    <w:p w14:paraId="1994992B" w14:textId="64E61DEB" w:rsidR="00B2022B" w:rsidRPr="00FF1BD3" w:rsidRDefault="00B2022B" w:rsidP="00B2022B">
      <w:pPr>
        <w:pStyle w:val="ListBullet"/>
        <w:rPr>
          <w:sz w:val="22"/>
          <w:lang w:val="en-CA" w:eastAsia="en-CA"/>
        </w:rPr>
      </w:pPr>
      <w:r w:rsidRPr="00FF1BD3">
        <w:rPr>
          <w:sz w:val="22"/>
          <w:lang w:val="en-CA" w:eastAsia="en-CA"/>
        </w:rPr>
        <w:t>Please contact either L</w:t>
      </w:r>
      <w:r w:rsidR="00E41451">
        <w:rPr>
          <w:sz w:val="22"/>
          <w:lang w:val="en-CA" w:eastAsia="en-CA"/>
        </w:rPr>
        <w:t>ions</w:t>
      </w:r>
      <w:r w:rsidRPr="00FF1BD3">
        <w:rPr>
          <w:sz w:val="22"/>
          <w:lang w:val="en-CA" w:eastAsia="en-CA"/>
        </w:rPr>
        <w:t xml:space="preserve"> or L</w:t>
      </w:r>
      <w:r w:rsidR="00E41451">
        <w:rPr>
          <w:sz w:val="22"/>
          <w:lang w:val="en-CA" w:eastAsia="en-CA"/>
        </w:rPr>
        <w:t>ynx</w:t>
      </w:r>
      <w:r w:rsidRPr="00FF1BD3">
        <w:rPr>
          <w:sz w:val="22"/>
          <w:lang w:val="en-CA" w:eastAsia="en-CA"/>
        </w:rPr>
        <w:t xml:space="preserve"> equipment coordinator to discuss options prior to alterations.</w:t>
      </w:r>
    </w:p>
    <w:p w14:paraId="74C4C33C" w14:textId="2F87D20F" w:rsidR="00B2022B" w:rsidRPr="00D625D8" w:rsidRDefault="00D625D8" w:rsidP="00D625D8">
      <w:pPr>
        <w:pStyle w:val="ListBullet"/>
        <w:rPr>
          <w:lang w:val="en-CA" w:eastAsia="en-CA"/>
        </w:rPr>
      </w:pPr>
      <w:r w:rsidRPr="00D625D8">
        <w:rPr>
          <w:lang w:val="en-CA" w:eastAsia="en-CA"/>
        </w:rPr>
        <w:t>If jersey sizing alterations are required, Cho's Jean &amp; Top Designers shall be utilized.</w:t>
      </w:r>
    </w:p>
    <w:p w14:paraId="31255EA4" w14:textId="05336AC5" w:rsidR="001B76D9" w:rsidRPr="00C90AE1" w:rsidRDefault="00B2022B" w:rsidP="00C90AE1">
      <w:pPr>
        <w:pStyle w:val="ListBullet"/>
        <w:rPr>
          <w:sz w:val="22"/>
          <w:lang w:val="en-CA" w:eastAsia="en-CA"/>
        </w:rPr>
      </w:pPr>
      <w:r w:rsidRPr="00FF1BD3">
        <w:rPr>
          <w:sz w:val="22"/>
          <w:lang w:val="en-CA" w:eastAsia="en-CA"/>
        </w:rPr>
        <w:t xml:space="preserve">Costs are to be paid by the team or player and estimated at $20-$40 plus taxes based on complexity. </w:t>
      </w:r>
    </w:p>
    <w:p w14:paraId="01AC790C" w14:textId="67B06B62" w:rsidR="001B76D9" w:rsidRDefault="008F10B3" w:rsidP="001B76D9">
      <w:pPr>
        <w:spacing w:before="80" w:after="40"/>
        <w:rPr>
          <w:b/>
          <w:sz w:val="22"/>
          <w:szCs w:val="20"/>
          <w:u w:val="single"/>
        </w:rPr>
      </w:pPr>
      <w:r>
        <w:rPr>
          <w:b/>
          <w:sz w:val="22"/>
          <w:szCs w:val="20"/>
          <w:u w:val="single"/>
        </w:rPr>
        <w:t xml:space="preserve">Alternate </w:t>
      </w:r>
      <w:r w:rsidR="00475984">
        <w:rPr>
          <w:b/>
          <w:sz w:val="22"/>
          <w:szCs w:val="20"/>
          <w:u w:val="single"/>
        </w:rPr>
        <w:t xml:space="preserve">Equipment </w:t>
      </w:r>
      <w:r w:rsidR="004B3FC6">
        <w:rPr>
          <w:b/>
          <w:sz w:val="22"/>
          <w:szCs w:val="20"/>
          <w:u w:val="single"/>
        </w:rPr>
        <w:t>Options</w:t>
      </w:r>
    </w:p>
    <w:p w14:paraId="3F6B320E" w14:textId="4FB57244" w:rsidR="008F10B3" w:rsidRPr="003352B3" w:rsidRDefault="00997EB8" w:rsidP="003352B3">
      <w:pPr>
        <w:pStyle w:val="ListBullet"/>
        <w:rPr>
          <w:lang w:val="en-CA"/>
        </w:rPr>
      </w:pPr>
      <w:r w:rsidRPr="00997EB8">
        <w:rPr>
          <w:lang w:val="en-CA"/>
        </w:rPr>
        <w:t>Pant shells are available for purchase and are to be coordinated through Extreme Hockey.</w:t>
      </w:r>
    </w:p>
    <w:p w14:paraId="057A3205" w14:textId="494B1F43" w:rsidR="004B3FC6" w:rsidRPr="00F45A4B" w:rsidRDefault="007E6B4A" w:rsidP="00F45A4B">
      <w:pPr>
        <w:pStyle w:val="ListBullet"/>
        <w:rPr>
          <w:lang w:val="en-CA"/>
        </w:rPr>
      </w:pPr>
      <w:r w:rsidRPr="007E6B4A">
        <w:rPr>
          <w:lang w:val="en-CA"/>
        </w:rPr>
        <w:t>Third jerseys may be purchased at the team's discretion. Due to LBMHA's partnership with Extreme Hockey, all third jerseys must be purchased through Extreme Hockey. Colour schemes and logos must align with LBMHA standards, and all alternate jersey designs must be approved by the LBMHA Board prior to ordering.</w:t>
      </w:r>
    </w:p>
    <w:p w14:paraId="4DAC588F" w14:textId="3F4041A0" w:rsidR="00D42209" w:rsidRPr="00F277FD" w:rsidRDefault="00F277FD" w:rsidP="00F277FD">
      <w:pPr>
        <w:pStyle w:val="ListBullet"/>
        <w:rPr>
          <w:lang w:val="en-CA"/>
        </w:rPr>
      </w:pPr>
      <w:r w:rsidRPr="00F277FD">
        <w:rPr>
          <w:lang w:val="en-CA"/>
        </w:rPr>
        <w:t xml:space="preserve">One pair of socks per player is provided by LBMHA; however, if a second set is desired, </w:t>
      </w:r>
      <w:r>
        <w:rPr>
          <w:lang w:val="en-CA"/>
        </w:rPr>
        <w:t>they</w:t>
      </w:r>
      <w:r w:rsidRPr="00F277FD">
        <w:rPr>
          <w:lang w:val="en-CA"/>
        </w:rPr>
        <w:t xml:space="preserve"> may be purchased at a discounted price of $20 plus tax through Extreme Hockey.</w:t>
      </w:r>
    </w:p>
    <w:p w14:paraId="668FCB65" w14:textId="77777777" w:rsidR="008F10B3" w:rsidRDefault="008F10B3" w:rsidP="008F10B3">
      <w:pPr>
        <w:pStyle w:val="ListBullet"/>
        <w:numPr>
          <w:ilvl w:val="0"/>
          <w:numId w:val="0"/>
        </w:numPr>
        <w:ind w:left="360"/>
      </w:pPr>
    </w:p>
    <w:p w14:paraId="6492C762" w14:textId="0E6C29E4" w:rsidR="001B76D9" w:rsidRPr="001B76D9" w:rsidRDefault="001B76D9" w:rsidP="008F10B3">
      <w:pPr>
        <w:pStyle w:val="ListBullet"/>
        <w:numPr>
          <w:ilvl w:val="0"/>
          <w:numId w:val="0"/>
        </w:numPr>
        <w:ind w:left="360"/>
      </w:pPr>
      <w:r>
        <w:t xml:space="preserve"> </w:t>
      </w:r>
    </w:p>
    <w:p w14:paraId="4DCD190B" w14:textId="7B4F6D69" w:rsidR="008A14B7" w:rsidRPr="00FF1BD3" w:rsidRDefault="00B2022B" w:rsidP="001B76D9">
      <w:pPr>
        <w:pStyle w:val="ListBullet"/>
        <w:numPr>
          <w:ilvl w:val="0"/>
          <w:numId w:val="0"/>
        </w:numPr>
        <w:ind w:left="360"/>
        <w:rPr>
          <w:sz w:val="22"/>
          <w:lang w:val="en-CA" w:eastAsia="en-CA"/>
        </w:rPr>
      </w:pPr>
      <w:r w:rsidRPr="00FF1BD3">
        <w:rPr>
          <w:sz w:val="22"/>
          <w:lang w:val="en-CA" w:eastAsia="en-CA"/>
        </w:rPr>
        <w:t xml:space="preserve"> </w:t>
      </w:r>
    </w:p>
    <w:p w14:paraId="166473C1" w14:textId="6B5F9B13" w:rsidR="45E2714A" w:rsidRPr="0017788D" w:rsidRDefault="45E2714A" w:rsidP="008A14B7">
      <w:pPr>
        <w:pStyle w:val="ListBullet"/>
        <w:numPr>
          <w:ilvl w:val="0"/>
          <w:numId w:val="0"/>
        </w:numPr>
        <w:rPr>
          <w:sz w:val="20"/>
          <w:szCs w:val="20"/>
          <w:u w:val="single"/>
          <w:lang w:val="en-CA" w:eastAsia="en-CA"/>
        </w:rPr>
      </w:pPr>
      <w:r w:rsidRPr="0017788D">
        <w:rPr>
          <w:b/>
          <w:bCs/>
          <w:sz w:val="22"/>
          <w:u w:val="single"/>
        </w:rPr>
        <w:t>Beginning of Season Requirements</w:t>
      </w:r>
    </w:p>
    <w:p w14:paraId="65939DB2" w14:textId="12D776D5" w:rsidR="00231DCD" w:rsidRPr="008A6C8B" w:rsidRDefault="00997EB8" w:rsidP="008A6C8B">
      <w:pPr>
        <w:pStyle w:val="ListBullet"/>
        <w:spacing w:after="20" w:line="240" w:lineRule="auto"/>
        <w:ind w:hanging="216"/>
        <w:rPr>
          <w:sz w:val="22"/>
          <w:lang w:val="en-CA"/>
        </w:rPr>
      </w:pPr>
      <w:r w:rsidRPr="00997EB8">
        <w:rPr>
          <w:sz w:val="22"/>
          <w:lang w:val="en-CA"/>
        </w:rPr>
        <w:t>Jersey, sock, and puck pickup and sign out dates and times shall be coordinated with the Division Coordinator and Equipment Coordinator.</w:t>
      </w:r>
    </w:p>
    <w:p w14:paraId="5691DC8B" w14:textId="154E107F" w:rsidR="45E2714A" w:rsidRPr="00FF1BD3" w:rsidRDefault="45E2714A" w:rsidP="0CC682D6">
      <w:pPr>
        <w:pStyle w:val="ListBullet"/>
        <w:spacing w:after="20" w:line="240" w:lineRule="auto"/>
        <w:ind w:hanging="216"/>
        <w:rPr>
          <w:sz w:val="22"/>
        </w:rPr>
      </w:pPr>
      <w:r w:rsidRPr="00FF1BD3">
        <w:rPr>
          <w:sz w:val="22"/>
        </w:rPr>
        <w:t xml:space="preserve">Team managers must complete the </w:t>
      </w:r>
      <w:r w:rsidR="006651E2" w:rsidRPr="00FF1BD3">
        <w:rPr>
          <w:sz w:val="22"/>
        </w:rPr>
        <w:t>jersey alteration s</w:t>
      </w:r>
      <w:r w:rsidRPr="00FF1BD3">
        <w:rPr>
          <w:sz w:val="22"/>
        </w:rPr>
        <w:t xml:space="preserve">preadsheet and </w:t>
      </w:r>
      <w:r w:rsidR="00F721D8">
        <w:rPr>
          <w:sz w:val="22"/>
        </w:rPr>
        <w:t>e-mail</w:t>
      </w:r>
      <w:r w:rsidRPr="00FF1BD3">
        <w:rPr>
          <w:sz w:val="22"/>
        </w:rPr>
        <w:t xml:space="preserve"> it to Extreme Hockey </w:t>
      </w:r>
      <w:hyperlink r:id="rId6" w:history="1">
        <w:r w:rsidR="00AF6337" w:rsidRPr="000F1916">
          <w:rPr>
            <w:rStyle w:val="Hyperlink"/>
            <w:sz w:val="22"/>
          </w:rPr>
          <w:t>tarringtonwyonzek@extremehockey.net</w:t>
        </w:r>
      </w:hyperlink>
      <w:r w:rsidR="00AF6337">
        <w:rPr>
          <w:sz w:val="22"/>
        </w:rPr>
        <w:t xml:space="preserve"> </w:t>
      </w:r>
      <w:r w:rsidRPr="00FF1BD3">
        <w:rPr>
          <w:sz w:val="22"/>
        </w:rPr>
        <w:t>in advance of jersey drop off.</w:t>
      </w:r>
    </w:p>
    <w:p w14:paraId="3A98BA31" w14:textId="38034CE2" w:rsidR="45E2714A" w:rsidRPr="00FF1BD3" w:rsidRDefault="45E2714A" w:rsidP="0CC682D6">
      <w:pPr>
        <w:pStyle w:val="ListBullet"/>
        <w:spacing w:after="20" w:line="240" w:lineRule="auto"/>
        <w:ind w:hanging="216"/>
        <w:rPr>
          <w:sz w:val="22"/>
        </w:rPr>
      </w:pPr>
      <w:r w:rsidRPr="00FF1BD3">
        <w:rPr>
          <w:sz w:val="22"/>
        </w:rPr>
        <w:t>Drop off and pick up dates must be coordinated directly with Extreme Hockey</w:t>
      </w:r>
      <w:r w:rsidR="3E8C5DAB" w:rsidRPr="00FF1BD3">
        <w:rPr>
          <w:sz w:val="22"/>
        </w:rPr>
        <w:t>.</w:t>
      </w:r>
    </w:p>
    <w:p w14:paraId="59BAA749" w14:textId="2EDEB2B5" w:rsidR="0CC682D6" w:rsidRPr="00FF1BD3" w:rsidRDefault="766FE69C" w:rsidP="003B3109">
      <w:pPr>
        <w:pStyle w:val="ListBullet"/>
        <w:spacing w:after="20" w:line="240" w:lineRule="auto"/>
        <w:ind w:hanging="216"/>
        <w:rPr>
          <w:sz w:val="22"/>
        </w:rPr>
      </w:pPr>
      <w:r w:rsidRPr="00FF1BD3">
        <w:rPr>
          <w:sz w:val="22"/>
        </w:rPr>
        <w:t>Payment in whole is required at jersey pickup.</w:t>
      </w:r>
    </w:p>
    <w:p w14:paraId="0A5C06E6" w14:textId="77777777" w:rsidR="006B7587" w:rsidRPr="0017788D" w:rsidRDefault="00E41451">
      <w:pPr>
        <w:spacing w:before="80" w:after="40"/>
        <w:rPr>
          <w:sz w:val="20"/>
          <w:szCs w:val="20"/>
          <w:u w:val="single"/>
        </w:rPr>
      </w:pPr>
      <w:r w:rsidRPr="0017788D">
        <w:rPr>
          <w:b/>
          <w:sz w:val="22"/>
          <w:szCs w:val="20"/>
          <w:u w:val="single"/>
        </w:rPr>
        <w:t>End of Season Requirements</w:t>
      </w:r>
    </w:p>
    <w:p w14:paraId="104DE84D" w14:textId="52AC74E2" w:rsidR="77E336DE" w:rsidRPr="00FF1BD3" w:rsidRDefault="77E336DE" w:rsidP="0CC682D6">
      <w:pPr>
        <w:pStyle w:val="ListBullet"/>
        <w:spacing w:after="20" w:line="240" w:lineRule="auto"/>
        <w:ind w:hanging="216"/>
        <w:rPr>
          <w:sz w:val="22"/>
        </w:rPr>
      </w:pPr>
      <w:r w:rsidRPr="00FF1BD3">
        <w:rPr>
          <w:sz w:val="22"/>
        </w:rPr>
        <w:t xml:space="preserve">All jerseys </w:t>
      </w:r>
      <w:r w:rsidR="5C3B4076" w:rsidRPr="00FF1BD3">
        <w:rPr>
          <w:sz w:val="22"/>
        </w:rPr>
        <w:t xml:space="preserve">that have been altered </w:t>
      </w:r>
      <w:r w:rsidRPr="00FF1BD3">
        <w:rPr>
          <w:sz w:val="22"/>
        </w:rPr>
        <w:t xml:space="preserve">must be returned to Extreme Hockey for </w:t>
      </w:r>
      <w:r w:rsidR="003B4ECB" w:rsidRPr="00FF1BD3">
        <w:rPr>
          <w:sz w:val="22"/>
        </w:rPr>
        <w:t xml:space="preserve">professional </w:t>
      </w:r>
      <w:r w:rsidRPr="00FF1BD3">
        <w:rPr>
          <w:sz w:val="22"/>
        </w:rPr>
        <w:t xml:space="preserve">removal of </w:t>
      </w:r>
      <w:r w:rsidR="006651E2" w:rsidRPr="00FF1BD3">
        <w:rPr>
          <w:sz w:val="22"/>
        </w:rPr>
        <w:t>l</w:t>
      </w:r>
      <w:r w:rsidRPr="00FF1BD3">
        <w:rPr>
          <w:sz w:val="22"/>
        </w:rPr>
        <w:t xml:space="preserve">eadership </w:t>
      </w:r>
      <w:r w:rsidR="006651E2" w:rsidRPr="00FF1BD3">
        <w:rPr>
          <w:sz w:val="22"/>
        </w:rPr>
        <w:t>l</w:t>
      </w:r>
      <w:r w:rsidRPr="00FF1BD3">
        <w:rPr>
          <w:sz w:val="22"/>
        </w:rPr>
        <w:t xml:space="preserve">etters and </w:t>
      </w:r>
      <w:r w:rsidR="006651E2" w:rsidRPr="00FF1BD3">
        <w:rPr>
          <w:sz w:val="22"/>
        </w:rPr>
        <w:t>n</w:t>
      </w:r>
      <w:r w:rsidRPr="00FF1BD3">
        <w:rPr>
          <w:sz w:val="22"/>
        </w:rPr>
        <w:t>ame</w:t>
      </w:r>
      <w:r w:rsidR="006651E2" w:rsidRPr="00FF1BD3">
        <w:rPr>
          <w:sz w:val="22"/>
        </w:rPr>
        <w:t xml:space="preserve"> </w:t>
      </w:r>
      <w:r w:rsidRPr="00FF1BD3">
        <w:rPr>
          <w:sz w:val="22"/>
        </w:rPr>
        <w:t>bars</w:t>
      </w:r>
      <w:r w:rsidR="00367EFB" w:rsidRPr="00FF1BD3">
        <w:rPr>
          <w:sz w:val="22"/>
        </w:rPr>
        <w:t xml:space="preserve"> to prevent damage to the jerseys.</w:t>
      </w:r>
    </w:p>
    <w:p w14:paraId="56200F3A" w14:textId="26F50DF2" w:rsidR="00367EFB" w:rsidRPr="00FF1BD3" w:rsidRDefault="00367EFB" w:rsidP="0CC682D6">
      <w:pPr>
        <w:pStyle w:val="ListBullet"/>
        <w:spacing w:after="20" w:line="240" w:lineRule="auto"/>
        <w:ind w:hanging="216"/>
        <w:rPr>
          <w:sz w:val="22"/>
        </w:rPr>
      </w:pPr>
      <w:r w:rsidRPr="00FF1BD3">
        <w:rPr>
          <w:sz w:val="22"/>
        </w:rPr>
        <w:t>Teams are not permitted to remove name bars themselves.</w:t>
      </w:r>
    </w:p>
    <w:p w14:paraId="474E2051" w14:textId="00F859E9" w:rsidR="5CB4294E" w:rsidRPr="00FF1BD3" w:rsidRDefault="5CB4294E" w:rsidP="0CC682D6">
      <w:pPr>
        <w:pStyle w:val="ListBullet"/>
        <w:spacing w:after="20" w:line="240" w:lineRule="auto"/>
        <w:ind w:hanging="216"/>
        <w:rPr>
          <w:sz w:val="22"/>
        </w:rPr>
      </w:pPr>
      <w:r w:rsidRPr="00FF1BD3">
        <w:rPr>
          <w:sz w:val="22"/>
        </w:rPr>
        <w:t>Inspect jerseys for cuts, tears, or other damage so they may be repaired at no cost by Extreme Hockey and ready for the following season.</w:t>
      </w:r>
    </w:p>
    <w:p w14:paraId="6937953A" w14:textId="643426C6" w:rsidR="006B7587" w:rsidRPr="003352B3" w:rsidRDefault="003352B3" w:rsidP="003352B3">
      <w:pPr>
        <w:pStyle w:val="ListBullet"/>
        <w:spacing w:after="20" w:line="240" w:lineRule="auto"/>
        <w:ind w:hanging="216"/>
        <w:rPr>
          <w:sz w:val="22"/>
          <w:lang w:val="en-CA"/>
        </w:rPr>
      </w:pPr>
      <w:r w:rsidRPr="003352B3">
        <w:rPr>
          <w:sz w:val="22"/>
          <w:lang w:val="en-CA"/>
        </w:rPr>
        <w:t>Any jersey alterations must be returned to their original configuration prior to equipment return.</w:t>
      </w:r>
    </w:p>
    <w:p w14:paraId="1F5F1FEC" w14:textId="646F8555" w:rsidR="004442C6" w:rsidRPr="00F45A4B" w:rsidRDefault="00F45A4B" w:rsidP="00F45A4B">
      <w:pPr>
        <w:pStyle w:val="ListBullet"/>
        <w:spacing w:after="20" w:line="240" w:lineRule="auto"/>
        <w:ind w:hanging="216"/>
        <w:rPr>
          <w:sz w:val="22"/>
          <w:lang w:val="en-CA"/>
        </w:rPr>
      </w:pPr>
      <w:r w:rsidRPr="00F45A4B">
        <w:rPr>
          <w:sz w:val="22"/>
          <w:lang w:val="en-CA"/>
        </w:rPr>
        <w:t>Jerseys must be returned in their original form, washed, repaired, complete, and in numerical order</w:t>
      </w:r>
      <w:r w:rsidR="003258A0">
        <w:rPr>
          <w:sz w:val="22"/>
          <w:lang w:val="en-CA"/>
        </w:rPr>
        <w:t xml:space="preserve"> along with pucks</w:t>
      </w:r>
      <w:r w:rsidRPr="00F45A4B">
        <w:rPr>
          <w:sz w:val="22"/>
          <w:lang w:val="en-CA"/>
        </w:rPr>
        <w:t xml:space="preserve"> to the Equipment Coordinator by April 15 during the scheduled return dates and times</w:t>
      </w:r>
      <w:r w:rsidR="00E62820">
        <w:rPr>
          <w:sz w:val="22"/>
          <w:lang w:val="en-CA"/>
        </w:rPr>
        <w:t>.</w:t>
      </w:r>
    </w:p>
    <w:p w14:paraId="3389E75F" w14:textId="43AD02AB" w:rsidR="00B0327E" w:rsidRPr="00736B57" w:rsidRDefault="006D449F" w:rsidP="00736B57">
      <w:pPr>
        <w:pStyle w:val="ListBullet"/>
        <w:spacing w:after="20" w:line="240" w:lineRule="auto"/>
        <w:ind w:hanging="216"/>
        <w:rPr>
          <w:sz w:val="22"/>
          <w:lang w:val="en-CA"/>
        </w:rPr>
      </w:pPr>
      <w:r w:rsidRPr="006D449F">
        <w:rPr>
          <w:sz w:val="22"/>
          <w:lang w:val="en-CA"/>
        </w:rPr>
        <w:t>Damaged, lost, or unreturned jerseys are subject to a $</w:t>
      </w:r>
      <w:r w:rsidR="004B3E3F">
        <w:rPr>
          <w:sz w:val="22"/>
          <w:lang w:val="en-CA"/>
        </w:rPr>
        <w:t>100</w:t>
      </w:r>
      <w:r w:rsidRPr="006D449F">
        <w:rPr>
          <w:sz w:val="22"/>
          <w:lang w:val="en-CA"/>
        </w:rPr>
        <w:t xml:space="preserve"> replacement charge</w:t>
      </w:r>
      <w:r w:rsidR="002F3B64">
        <w:rPr>
          <w:sz w:val="22"/>
          <w:lang w:val="en-CA"/>
        </w:rPr>
        <w:t xml:space="preserve"> for each jersey</w:t>
      </w:r>
      <w:r w:rsidRPr="006D449F">
        <w:rPr>
          <w:sz w:val="22"/>
          <w:lang w:val="en-CA"/>
        </w:rPr>
        <w:t>.</w:t>
      </w:r>
    </w:p>
    <w:p w14:paraId="3B74C12C" w14:textId="77777777" w:rsidR="00AD46B4" w:rsidRDefault="00AD46B4" w:rsidP="00AD46B4">
      <w:pPr>
        <w:pStyle w:val="ListBullet"/>
        <w:numPr>
          <w:ilvl w:val="0"/>
          <w:numId w:val="0"/>
        </w:numPr>
        <w:spacing w:after="20" w:line="240" w:lineRule="auto"/>
        <w:ind w:left="360" w:hanging="360"/>
        <w:rPr>
          <w:sz w:val="22"/>
        </w:rPr>
      </w:pPr>
    </w:p>
    <w:p w14:paraId="6A342EAD" w14:textId="65D234FD" w:rsidR="00AD46B4" w:rsidRPr="0017788D" w:rsidRDefault="00AD46B4" w:rsidP="00AD46B4">
      <w:pPr>
        <w:spacing w:before="80" w:after="40"/>
        <w:rPr>
          <w:sz w:val="20"/>
          <w:szCs w:val="20"/>
          <w:u w:val="single"/>
        </w:rPr>
      </w:pPr>
      <w:r>
        <w:rPr>
          <w:b/>
          <w:sz w:val="22"/>
          <w:szCs w:val="20"/>
          <w:u w:val="single"/>
        </w:rPr>
        <w:t>Contact</w:t>
      </w:r>
    </w:p>
    <w:p w14:paraId="32E6C522" w14:textId="1BDC1D14" w:rsidR="004814BE" w:rsidRPr="008871A4" w:rsidRDefault="00AD46B4" w:rsidP="00AD46B4">
      <w:pPr>
        <w:pStyle w:val="ListBullet"/>
        <w:numPr>
          <w:ilvl w:val="0"/>
          <w:numId w:val="0"/>
        </w:numPr>
        <w:spacing w:after="20" w:line="240" w:lineRule="auto"/>
        <w:ind w:left="360" w:hanging="360"/>
        <w:rPr>
          <w:b/>
          <w:bCs/>
          <w:sz w:val="22"/>
        </w:rPr>
      </w:pPr>
      <w:r w:rsidRPr="008871A4">
        <w:rPr>
          <w:b/>
          <w:bCs/>
          <w:sz w:val="22"/>
        </w:rPr>
        <w:t xml:space="preserve">Lions </w:t>
      </w:r>
      <w:r w:rsidR="00440797">
        <w:rPr>
          <w:b/>
          <w:bCs/>
          <w:sz w:val="22"/>
        </w:rPr>
        <w:t>I</w:t>
      </w:r>
      <w:r w:rsidRPr="008871A4">
        <w:rPr>
          <w:b/>
          <w:bCs/>
          <w:sz w:val="22"/>
        </w:rPr>
        <w:t>nquiries</w:t>
      </w:r>
      <w:r w:rsidR="004814BE" w:rsidRPr="008871A4">
        <w:rPr>
          <w:b/>
          <w:bCs/>
          <w:sz w:val="22"/>
        </w:rPr>
        <w:t xml:space="preserve">: </w:t>
      </w:r>
    </w:p>
    <w:p w14:paraId="31902454" w14:textId="57DB4205" w:rsidR="00AD46B4" w:rsidRDefault="004814BE" w:rsidP="00AD46B4">
      <w:pPr>
        <w:pStyle w:val="ListBullet"/>
        <w:numPr>
          <w:ilvl w:val="0"/>
          <w:numId w:val="0"/>
        </w:numPr>
        <w:spacing w:after="20" w:line="240" w:lineRule="auto"/>
        <w:ind w:left="360" w:hanging="360"/>
        <w:rPr>
          <w:sz w:val="22"/>
        </w:rPr>
      </w:pPr>
      <w:r>
        <w:rPr>
          <w:sz w:val="22"/>
        </w:rPr>
        <w:t xml:space="preserve">Tyler Krenbrink </w:t>
      </w:r>
      <w:hyperlink r:id="rId7" w:history="1">
        <w:r w:rsidR="00352AFC" w:rsidRPr="000F1916">
          <w:rPr>
            <w:rStyle w:val="Hyperlink"/>
            <w:sz w:val="22"/>
          </w:rPr>
          <w:t>lbmhaequipment@gmail.com</w:t>
        </w:r>
      </w:hyperlink>
      <w:r w:rsidR="00352AFC">
        <w:rPr>
          <w:sz w:val="22"/>
        </w:rPr>
        <w:t xml:space="preserve"> </w:t>
      </w:r>
    </w:p>
    <w:p w14:paraId="58C3E059" w14:textId="77777777" w:rsidR="004814BE" w:rsidRDefault="004814BE" w:rsidP="00AD46B4">
      <w:pPr>
        <w:pStyle w:val="ListBullet"/>
        <w:numPr>
          <w:ilvl w:val="0"/>
          <w:numId w:val="0"/>
        </w:numPr>
        <w:spacing w:after="20" w:line="240" w:lineRule="auto"/>
        <w:ind w:left="360" w:hanging="360"/>
        <w:rPr>
          <w:sz w:val="22"/>
        </w:rPr>
      </w:pPr>
    </w:p>
    <w:p w14:paraId="44F8C416" w14:textId="4C338F47" w:rsidR="004814BE" w:rsidRPr="008871A4" w:rsidRDefault="004814BE" w:rsidP="00AD46B4">
      <w:pPr>
        <w:pStyle w:val="ListBullet"/>
        <w:numPr>
          <w:ilvl w:val="0"/>
          <w:numId w:val="0"/>
        </w:numPr>
        <w:spacing w:after="20" w:line="240" w:lineRule="auto"/>
        <w:ind w:left="360" w:hanging="360"/>
        <w:rPr>
          <w:b/>
          <w:bCs/>
          <w:sz w:val="22"/>
        </w:rPr>
      </w:pPr>
      <w:r w:rsidRPr="008871A4">
        <w:rPr>
          <w:b/>
          <w:bCs/>
          <w:sz w:val="22"/>
        </w:rPr>
        <w:t xml:space="preserve">Lynx </w:t>
      </w:r>
      <w:r w:rsidR="00440797">
        <w:rPr>
          <w:b/>
          <w:bCs/>
          <w:sz w:val="22"/>
        </w:rPr>
        <w:t>I</w:t>
      </w:r>
      <w:r w:rsidRPr="008871A4">
        <w:rPr>
          <w:b/>
          <w:bCs/>
          <w:sz w:val="22"/>
        </w:rPr>
        <w:t>nquiries</w:t>
      </w:r>
      <w:r w:rsidR="008871A4" w:rsidRPr="008871A4">
        <w:rPr>
          <w:b/>
          <w:bCs/>
          <w:sz w:val="22"/>
        </w:rPr>
        <w:t>:</w:t>
      </w:r>
    </w:p>
    <w:p w14:paraId="6E276B3E" w14:textId="2620035A" w:rsidR="00352AFC" w:rsidRDefault="00352AFC" w:rsidP="00AD46B4">
      <w:pPr>
        <w:pStyle w:val="ListBullet"/>
        <w:numPr>
          <w:ilvl w:val="0"/>
          <w:numId w:val="0"/>
        </w:numPr>
        <w:spacing w:after="20" w:line="240" w:lineRule="auto"/>
        <w:ind w:left="360" w:hanging="360"/>
        <w:rPr>
          <w:sz w:val="22"/>
        </w:rPr>
      </w:pPr>
      <w:r>
        <w:rPr>
          <w:sz w:val="22"/>
        </w:rPr>
        <w:t xml:space="preserve">Shauna </w:t>
      </w:r>
      <w:proofErr w:type="spellStart"/>
      <w:r>
        <w:rPr>
          <w:sz w:val="22"/>
        </w:rPr>
        <w:t>Kar</w:t>
      </w:r>
      <w:r w:rsidR="00D60F2B">
        <w:rPr>
          <w:sz w:val="22"/>
        </w:rPr>
        <w:t>ak</w:t>
      </w:r>
      <w:r w:rsidR="008871A4">
        <w:rPr>
          <w:sz w:val="22"/>
        </w:rPr>
        <w:t>ochuk</w:t>
      </w:r>
      <w:proofErr w:type="spellEnd"/>
      <w:r w:rsidR="008871A4">
        <w:rPr>
          <w:sz w:val="22"/>
        </w:rPr>
        <w:t xml:space="preserve"> </w:t>
      </w:r>
      <w:hyperlink r:id="rId8" w:history="1">
        <w:r w:rsidR="008871A4" w:rsidRPr="000F1916">
          <w:rPr>
            <w:rStyle w:val="Hyperlink"/>
            <w:sz w:val="22"/>
          </w:rPr>
          <w:t>U22lumsdenlynx@gmail.com</w:t>
        </w:r>
      </w:hyperlink>
    </w:p>
    <w:p w14:paraId="4968CAB1" w14:textId="77777777" w:rsidR="008871A4" w:rsidRDefault="008871A4" w:rsidP="00AD46B4">
      <w:pPr>
        <w:pStyle w:val="ListBullet"/>
        <w:numPr>
          <w:ilvl w:val="0"/>
          <w:numId w:val="0"/>
        </w:numPr>
        <w:spacing w:after="20" w:line="240" w:lineRule="auto"/>
        <w:ind w:left="360" w:hanging="360"/>
        <w:rPr>
          <w:sz w:val="22"/>
        </w:rPr>
      </w:pPr>
    </w:p>
    <w:p w14:paraId="1B297BA5" w14:textId="77777777" w:rsidR="00974322" w:rsidRDefault="00027035" w:rsidP="00AD46B4">
      <w:pPr>
        <w:pStyle w:val="ListBullet"/>
        <w:numPr>
          <w:ilvl w:val="0"/>
          <w:numId w:val="0"/>
        </w:numPr>
        <w:spacing w:after="20" w:line="240" w:lineRule="auto"/>
        <w:ind w:left="360" w:hanging="360"/>
        <w:rPr>
          <w:sz w:val="22"/>
        </w:rPr>
      </w:pPr>
      <w:r>
        <w:rPr>
          <w:sz w:val="22"/>
        </w:rPr>
        <w:t xml:space="preserve">Respective </w:t>
      </w:r>
      <w:r w:rsidR="00370F86">
        <w:rPr>
          <w:sz w:val="22"/>
        </w:rPr>
        <w:t>a</w:t>
      </w:r>
      <w:r w:rsidR="00AF6DE6">
        <w:rPr>
          <w:sz w:val="22"/>
        </w:rPr>
        <w:t xml:space="preserve">ge division </w:t>
      </w:r>
      <w:r w:rsidR="006242CE">
        <w:rPr>
          <w:sz w:val="22"/>
        </w:rPr>
        <w:t xml:space="preserve">Coordinators </w:t>
      </w:r>
      <w:r w:rsidR="00AF6DE6">
        <w:rPr>
          <w:sz w:val="22"/>
        </w:rPr>
        <w:t>can be found on the LBMHA website</w:t>
      </w:r>
      <w:r w:rsidR="00974322">
        <w:rPr>
          <w:sz w:val="22"/>
        </w:rPr>
        <w:t>:</w:t>
      </w:r>
    </w:p>
    <w:p w14:paraId="18FA4FBF" w14:textId="0B74CEAD" w:rsidR="006242CE" w:rsidRPr="00FF1BD3" w:rsidRDefault="00AF6DE6" w:rsidP="00AD46B4">
      <w:pPr>
        <w:pStyle w:val="ListBullet"/>
        <w:numPr>
          <w:ilvl w:val="0"/>
          <w:numId w:val="0"/>
        </w:numPr>
        <w:spacing w:after="20" w:line="240" w:lineRule="auto"/>
        <w:ind w:left="360" w:hanging="360"/>
        <w:rPr>
          <w:sz w:val="22"/>
        </w:rPr>
      </w:pPr>
      <w:r>
        <w:rPr>
          <w:sz w:val="22"/>
        </w:rPr>
        <w:t xml:space="preserve"> </w:t>
      </w:r>
      <w:hyperlink r:id="rId9" w:history="1">
        <w:r w:rsidR="00027035" w:rsidRPr="00027035">
          <w:rPr>
            <w:rStyle w:val="Hyperlink"/>
            <w:sz w:val="22"/>
          </w:rPr>
          <w:t xml:space="preserve">LUMSDEN BETHUNE MINOR HOCKEY </w:t>
        </w:r>
        <w:proofErr w:type="gramStart"/>
        <w:r w:rsidR="00027035" w:rsidRPr="00027035">
          <w:rPr>
            <w:rStyle w:val="Hyperlink"/>
            <w:sz w:val="22"/>
          </w:rPr>
          <w:t>ASSOCIATION :</w:t>
        </w:r>
        <w:proofErr w:type="gramEnd"/>
        <w:r w:rsidR="00027035" w:rsidRPr="00027035">
          <w:rPr>
            <w:rStyle w:val="Hyperlink"/>
            <w:sz w:val="22"/>
          </w:rPr>
          <w:t xml:space="preserve"> Powered by TeamLinkt</w:t>
        </w:r>
      </w:hyperlink>
    </w:p>
    <w:sectPr w:rsidR="006242CE" w:rsidRPr="00FF1BD3" w:rsidSect="00034616">
      <w:pgSz w:w="12240" w:h="15840"/>
      <w:pgMar w:top="864" w:right="1008" w:bottom="79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A36E7E9"/>
    <w:multiLevelType w:val="hybridMultilevel"/>
    <w:tmpl w:val="7DD6EC76"/>
    <w:lvl w:ilvl="0" w:tplc="181082FA">
      <w:start w:val="1"/>
      <w:numFmt w:val="bullet"/>
      <w:lvlText w:val=""/>
      <w:lvlJc w:val="left"/>
      <w:pPr>
        <w:ind w:left="720" w:hanging="360"/>
      </w:pPr>
      <w:rPr>
        <w:rFonts w:ascii="Symbol" w:hAnsi="Symbol" w:hint="default"/>
      </w:rPr>
    </w:lvl>
    <w:lvl w:ilvl="1" w:tplc="28A21746">
      <w:start w:val="1"/>
      <w:numFmt w:val="bullet"/>
      <w:lvlText w:val="o"/>
      <w:lvlJc w:val="left"/>
      <w:pPr>
        <w:ind w:left="1440" w:hanging="360"/>
      </w:pPr>
      <w:rPr>
        <w:rFonts w:ascii="Courier New" w:hAnsi="Courier New" w:hint="default"/>
      </w:rPr>
    </w:lvl>
    <w:lvl w:ilvl="2" w:tplc="59A45578">
      <w:start w:val="1"/>
      <w:numFmt w:val="bullet"/>
      <w:lvlText w:val=""/>
      <w:lvlJc w:val="left"/>
      <w:pPr>
        <w:ind w:left="2160" w:hanging="360"/>
      </w:pPr>
      <w:rPr>
        <w:rFonts w:ascii="Wingdings" w:hAnsi="Wingdings" w:hint="default"/>
      </w:rPr>
    </w:lvl>
    <w:lvl w:ilvl="3" w:tplc="3BD81934">
      <w:start w:val="1"/>
      <w:numFmt w:val="bullet"/>
      <w:lvlText w:val=""/>
      <w:lvlJc w:val="left"/>
      <w:pPr>
        <w:ind w:left="2880" w:hanging="360"/>
      </w:pPr>
      <w:rPr>
        <w:rFonts w:ascii="Symbol" w:hAnsi="Symbol" w:hint="default"/>
      </w:rPr>
    </w:lvl>
    <w:lvl w:ilvl="4" w:tplc="5DA26A06">
      <w:start w:val="1"/>
      <w:numFmt w:val="bullet"/>
      <w:lvlText w:val="o"/>
      <w:lvlJc w:val="left"/>
      <w:pPr>
        <w:ind w:left="3600" w:hanging="360"/>
      </w:pPr>
      <w:rPr>
        <w:rFonts w:ascii="Courier New" w:hAnsi="Courier New" w:hint="default"/>
      </w:rPr>
    </w:lvl>
    <w:lvl w:ilvl="5" w:tplc="DB98176A">
      <w:start w:val="1"/>
      <w:numFmt w:val="bullet"/>
      <w:lvlText w:val=""/>
      <w:lvlJc w:val="left"/>
      <w:pPr>
        <w:ind w:left="4320" w:hanging="360"/>
      </w:pPr>
      <w:rPr>
        <w:rFonts w:ascii="Wingdings" w:hAnsi="Wingdings" w:hint="default"/>
      </w:rPr>
    </w:lvl>
    <w:lvl w:ilvl="6" w:tplc="C0228324">
      <w:start w:val="1"/>
      <w:numFmt w:val="bullet"/>
      <w:lvlText w:val=""/>
      <w:lvlJc w:val="left"/>
      <w:pPr>
        <w:ind w:left="5040" w:hanging="360"/>
      </w:pPr>
      <w:rPr>
        <w:rFonts w:ascii="Symbol" w:hAnsi="Symbol" w:hint="default"/>
      </w:rPr>
    </w:lvl>
    <w:lvl w:ilvl="7" w:tplc="6144C748">
      <w:start w:val="1"/>
      <w:numFmt w:val="bullet"/>
      <w:lvlText w:val="o"/>
      <w:lvlJc w:val="left"/>
      <w:pPr>
        <w:ind w:left="5760" w:hanging="360"/>
      </w:pPr>
      <w:rPr>
        <w:rFonts w:ascii="Courier New" w:hAnsi="Courier New" w:hint="default"/>
      </w:rPr>
    </w:lvl>
    <w:lvl w:ilvl="8" w:tplc="D0D03D84">
      <w:start w:val="1"/>
      <w:numFmt w:val="bullet"/>
      <w:lvlText w:val=""/>
      <w:lvlJc w:val="left"/>
      <w:pPr>
        <w:ind w:left="6480" w:hanging="360"/>
      </w:pPr>
      <w:rPr>
        <w:rFonts w:ascii="Wingdings" w:hAnsi="Wingdings" w:hint="default"/>
      </w:rPr>
    </w:lvl>
  </w:abstractNum>
  <w:abstractNum w:abstractNumId="10" w15:restartNumberingAfterBreak="0">
    <w:nsid w:val="0DC2A736"/>
    <w:multiLevelType w:val="hybridMultilevel"/>
    <w:tmpl w:val="1004EA1E"/>
    <w:lvl w:ilvl="0" w:tplc="2F24CBC8">
      <w:start w:val="1"/>
      <w:numFmt w:val="bullet"/>
      <w:lvlText w:val=""/>
      <w:lvlJc w:val="left"/>
      <w:pPr>
        <w:ind w:left="720" w:hanging="360"/>
      </w:pPr>
      <w:rPr>
        <w:rFonts w:ascii="Symbol" w:hAnsi="Symbol" w:hint="default"/>
      </w:rPr>
    </w:lvl>
    <w:lvl w:ilvl="1" w:tplc="4178164E">
      <w:start w:val="1"/>
      <w:numFmt w:val="bullet"/>
      <w:lvlText w:val="o"/>
      <w:lvlJc w:val="left"/>
      <w:pPr>
        <w:ind w:left="1440" w:hanging="360"/>
      </w:pPr>
      <w:rPr>
        <w:rFonts w:ascii="Courier New" w:hAnsi="Courier New" w:hint="default"/>
      </w:rPr>
    </w:lvl>
    <w:lvl w:ilvl="2" w:tplc="117AEEAA">
      <w:start w:val="1"/>
      <w:numFmt w:val="bullet"/>
      <w:lvlText w:val=""/>
      <w:lvlJc w:val="left"/>
      <w:pPr>
        <w:ind w:left="2160" w:hanging="360"/>
      </w:pPr>
      <w:rPr>
        <w:rFonts w:ascii="Wingdings" w:hAnsi="Wingdings" w:hint="default"/>
      </w:rPr>
    </w:lvl>
    <w:lvl w:ilvl="3" w:tplc="7B2EF424">
      <w:start w:val="1"/>
      <w:numFmt w:val="bullet"/>
      <w:lvlText w:val=""/>
      <w:lvlJc w:val="left"/>
      <w:pPr>
        <w:ind w:left="2880" w:hanging="360"/>
      </w:pPr>
      <w:rPr>
        <w:rFonts w:ascii="Symbol" w:hAnsi="Symbol" w:hint="default"/>
      </w:rPr>
    </w:lvl>
    <w:lvl w:ilvl="4" w:tplc="9A925EA0">
      <w:start w:val="1"/>
      <w:numFmt w:val="bullet"/>
      <w:lvlText w:val="o"/>
      <w:lvlJc w:val="left"/>
      <w:pPr>
        <w:ind w:left="3600" w:hanging="360"/>
      </w:pPr>
      <w:rPr>
        <w:rFonts w:ascii="Courier New" w:hAnsi="Courier New" w:hint="default"/>
      </w:rPr>
    </w:lvl>
    <w:lvl w:ilvl="5" w:tplc="85F473AE">
      <w:start w:val="1"/>
      <w:numFmt w:val="bullet"/>
      <w:lvlText w:val=""/>
      <w:lvlJc w:val="left"/>
      <w:pPr>
        <w:ind w:left="4320" w:hanging="360"/>
      </w:pPr>
      <w:rPr>
        <w:rFonts w:ascii="Wingdings" w:hAnsi="Wingdings" w:hint="default"/>
      </w:rPr>
    </w:lvl>
    <w:lvl w:ilvl="6" w:tplc="3B9AD5E6">
      <w:start w:val="1"/>
      <w:numFmt w:val="bullet"/>
      <w:lvlText w:val=""/>
      <w:lvlJc w:val="left"/>
      <w:pPr>
        <w:ind w:left="5040" w:hanging="360"/>
      </w:pPr>
      <w:rPr>
        <w:rFonts w:ascii="Symbol" w:hAnsi="Symbol" w:hint="default"/>
      </w:rPr>
    </w:lvl>
    <w:lvl w:ilvl="7" w:tplc="62F24346">
      <w:start w:val="1"/>
      <w:numFmt w:val="bullet"/>
      <w:lvlText w:val="o"/>
      <w:lvlJc w:val="left"/>
      <w:pPr>
        <w:ind w:left="5760" w:hanging="360"/>
      </w:pPr>
      <w:rPr>
        <w:rFonts w:ascii="Courier New" w:hAnsi="Courier New" w:hint="default"/>
      </w:rPr>
    </w:lvl>
    <w:lvl w:ilvl="8" w:tplc="2A20856C">
      <w:start w:val="1"/>
      <w:numFmt w:val="bullet"/>
      <w:lvlText w:val=""/>
      <w:lvlJc w:val="left"/>
      <w:pPr>
        <w:ind w:left="6480" w:hanging="360"/>
      </w:pPr>
      <w:rPr>
        <w:rFonts w:ascii="Wingdings" w:hAnsi="Wingdings" w:hint="default"/>
      </w:rPr>
    </w:lvl>
  </w:abstractNum>
  <w:num w:numId="1" w16cid:durableId="2039428416">
    <w:abstractNumId w:val="10"/>
  </w:num>
  <w:num w:numId="2" w16cid:durableId="1274168650">
    <w:abstractNumId w:val="9"/>
  </w:num>
  <w:num w:numId="3" w16cid:durableId="185097848">
    <w:abstractNumId w:val="8"/>
  </w:num>
  <w:num w:numId="4" w16cid:durableId="1555235717">
    <w:abstractNumId w:val="6"/>
  </w:num>
  <w:num w:numId="5" w16cid:durableId="1866867235">
    <w:abstractNumId w:val="5"/>
  </w:num>
  <w:num w:numId="6" w16cid:durableId="1715889243">
    <w:abstractNumId w:val="4"/>
  </w:num>
  <w:num w:numId="7" w16cid:durableId="866021244">
    <w:abstractNumId w:val="7"/>
  </w:num>
  <w:num w:numId="8" w16cid:durableId="1593322222">
    <w:abstractNumId w:val="3"/>
  </w:num>
  <w:num w:numId="9" w16cid:durableId="1256551782">
    <w:abstractNumId w:val="2"/>
  </w:num>
  <w:num w:numId="10" w16cid:durableId="22947101">
    <w:abstractNumId w:val="1"/>
  </w:num>
  <w:num w:numId="11" w16cid:durableId="1689136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5488"/>
    <w:rsid w:val="00027035"/>
    <w:rsid w:val="00030AEA"/>
    <w:rsid w:val="00034616"/>
    <w:rsid w:val="00043F3E"/>
    <w:rsid w:val="00046560"/>
    <w:rsid w:val="00054C30"/>
    <w:rsid w:val="0005608A"/>
    <w:rsid w:val="0006063C"/>
    <w:rsid w:val="00061A7F"/>
    <w:rsid w:val="00073F88"/>
    <w:rsid w:val="00092E82"/>
    <w:rsid w:val="000A67EE"/>
    <w:rsid w:val="000C3FB0"/>
    <w:rsid w:val="000D7E6E"/>
    <w:rsid w:val="001411B3"/>
    <w:rsid w:val="0015074B"/>
    <w:rsid w:val="001720BE"/>
    <w:rsid w:val="0017788D"/>
    <w:rsid w:val="001A6235"/>
    <w:rsid w:val="001B228F"/>
    <w:rsid w:val="001B76D9"/>
    <w:rsid w:val="001C750F"/>
    <w:rsid w:val="001F25B4"/>
    <w:rsid w:val="002030F1"/>
    <w:rsid w:val="00226873"/>
    <w:rsid w:val="00231DCD"/>
    <w:rsid w:val="0025681A"/>
    <w:rsid w:val="00273EC1"/>
    <w:rsid w:val="002919D8"/>
    <w:rsid w:val="0029639D"/>
    <w:rsid w:val="002B2BAE"/>
    <w:rsid w:val="002B7C15"/>
    <w:rsid w:val="002C42BD"/>
    <w:rsid w:val="002F3B64"/>
    <w:rsid w:val="002F5D95"/>
    <w:rsid w:val="002F6F45"/>
    <w:rsid w:val="003258A0"/>
    <w:rsid w:val="00326F90"/>
    <w:rsid w:val="003352B3"/>
    <w:rsid w:val="00352AFC"/>
    <w:rsid w:val="00367EFB"/>
    <w:rsid w:val="00370F86"/>
    <w:rsid w:val="00374F67"/>
    <w:rsid w:val="00396DF4"/>
    <w:rsid w:val="003B3109"/>
    <w:rsid w:val="003B4ECB"/>
    <w:rsid w:val="003D216E"/>
    <w:rsid w:val="003F067A"/>
    <w:rsid w:val="00440797"/>
    <w:rsid w:val="004442C6"/>
    <w:rsid w:val="00472356"/>
    <w:rsid w:val="00475984"/>
    <w:rsid w:val="004814BE"/>
    <w:rsid w:val="00482F91"/>
    <w:rsid w:val="00495379"/>
    <w:rsid w:val="004B3E3F"/>
    <w:rsid w:val="004B3FC6"/>
    <w:rsid w:val="004E621F"/>
    <w:rsid w:val="004F43A8"/>
    <w:rsid w:val="005141A3"/>
    <w:rsid w:val="00520F62"/>
    <w:rsid w:val="0052366A"/>
    <w:rsid w:val="0053251B"/>
    <w:rsid w:val="00564CBB"/>
    <w:rsid w:val="005922A2"/>
    <w:rsid w:val="005A47BF"/>
    <w:rsid w:val="005A6CC0"/>
    <w:rsid w:val="005C39EA"/>
    <w:rsid w:val="005E47B4"/>
    <w:rsid w:val="006118F8"/>
    <w:rsid w:val="006242CE"/>
    <w:rsid w:val="00662EC8"/>
    <w:rsid w:val="006651E2"/>
    <w:rsid w:val="006668D7"/>
    <w:rsid w:val="00684FC3"/>
    <w:rsid w:val="006964DF"/>
    <w:rsid w:val="006B7587"/>
    <w:rsid w:val="006D449F"/>
    <w:rsid w:val="00715527"/>
    <w:rsid w:val="00721D95"/>
    <w:rsid w:val="00736B57"/>
    <w:rsid w:val="00740E6A"/>
    <w:rsid w:val="00743645"/>
    <w:rsid w:val="00752556"/>
    <w:rsid w:val="007559C9"/>
    <w:rsid w:val="00777E36"/>
    <w:rsid w:val="007861CD"/>
    <w:rsid w:val="007872F4"/>
    <w:rsid w:val="007A35F6"/>
    <w:rsid w:val="007A7561"/>
    <w:rsid w:val="007B0896"/>
    <w:rsid w:val="007E6B4A"/>
    <w:rsid w:val="00801E26"/>
    <w:rsid w:val="00822918"/>
    <w:rsid w:val="00837AFA"/>
    <w:rsid w:val="00871550"/>
    <w:rsid w:val="008871A4"/>
    <w:rsid w:val="0089381B"/>
    <w:rsid w:val="008A14B7"/>
    <w:rsid w:val="008A6C8B"/>
    <w:rsid w:val="008C40A5"/>
    <w:rsid w:val="008C5449"/>
    <w:rsid w:val="008F10B3"/>
    <w:rsid w:val="00902720"/>
    <w:rsid w:val="00906481"/>
    <w:rsid w:val="00942B90"/>
    <w:rsid w:val="00967AEB"/>
    <w:rsid w:val="009738F4"/>
    <w:rsid w:val="00974322"/>
    <w:rsid w:val="009810EA"/>
    <w:rsid w:val="00997EB8"/>
    <w:rsid w:val="009B7106"/>
    <w:rsid w:val="009D0156"/>
    <w:rsid w:val="00A310CC"/>
    <w:rsid w:val="00A46C42"/>
    <w:rsid w:val="00A6791B"/>
    <w:rsid w:val="00A94824"/>
    <w:rsid w:val="00A968C2"/>
    <w:rsid w:val="00AA1260"/>
    <w:rsid w:val="00AA1D8D"/>
    <w:rsid w:val="00AC1AAF"/>
    <w:rsid w:val="00AD46B4"/>
    <w:rsid w:val="00AF3AAE"/>
    <w:rsid w:val="00AF6337"/>
    <w:rsid w:val="00AF6DE6"/>
    <w:rsid w:val="00B0327E"/>
    <w:rsid w:val="00B2022B"/>
    <w:rsid w:val="00B21999"/>
    <w:rsid w:val="00B330AB"/>
    <w:rsid w:val="00B47730"/>
    <w:rsid w:val="00B5443D"/>
    <w:rsid w:val="00B5797F"/>
    <w:rsid w:val="00B71341"/>
    <w:rsid w:val="00B91815"/>
    <w:rsid w:val="00B97AA3"/>
    <w:rsid w:val="00BB68F5"/>
    <w:rsid w:val="00BE579A"/>
    <w:rsid w:val="00BE78C4"/>
    <w:rsid w:val="00C06237"/>
    <w:rsid w:val="00C27C9C"/>
    <w:rsid w:val="00C4373B"/>
    <w:rsid w:val="00C532C7"/>
    <w:rsid w:val="00C61B39"/>
    <w:rsid w:val="00C72AB1"/>
    <w:rsid w:val="00C84368"/>
    <w:rsid w:val="00C90AE1"/>
    <w:rsid w:val="00C93949"/>
    <w:rsid w:val="00CA56C8"/>
    <w:rsid w:val="00CB0664"/>
    <w:rsid w:val="00CC2C3A"/>
    <w:rsid w:val="00CC7F49"/>
    <w:rsid w:val="00CE2AF5"/>
    <w:rsid w:val="00CE39E1"/>
    <w:rsid w:val="00CE3E2D"/>
    <w:rsid w:val="00CF40A5"/>
    <w:rsid w:val="00D049D9"/>
    <w:rsid w:val="00D42209"/>
    <w:rsid w:val="00D523F7"/>
    <w:rsid w:val="00D537BD"/>
    <w:rsid w:val="00D60F2B"/>
    <w:rsid w:val="00D625D8"/>
    <w:rsid w:val="00D75E5F"/>
    <w:rsid w:val="00DB7374"/>
    <w:rsid w:val="00E1108B"/>
    <w:rsid w:val="00E11EE0"/>
    <w:rsid w:val="00E41451"/>
    <w:rsid w:val="00E62820"/>
    <w:rsid w:val="00EA2D25"/>
    <w:rsid w:val="00EB03C2"/>
    <w:rsid w:val="00EE6F75"/>
    <w:rsid w:val="00EF280E"/>
    <w:rsid w:val="00F277FD"/>
    <w:rsid w:val="00F27B5D"/>
    <w:rsid w:val="00F33B9E"/>
    <w:rsid w:val="00F35B0E"/>
    <w:rsid w:val="00F417DC"/>
    <w:rsid w:val="00F42D33"/>
    <w:rsid w:val="00F45A4B"/>
    <w:rsid w:val="00F6611E"/>
    <w:rsid w:val="00F721D8"/>
    <w:rsid w:val="00F77F58"/>
    <w:rsid w:val="00FA3A34"/>
    <w:rsid w:val="00FB75A1"/>
    <w:rsid w:val="00FC693F"/>
    <w:rsid w:val="00FD0C20"/>
    <w:rsid w:val="00FF1BD3"/>
    <w:rsid w:val="00FF4DB7"/>
    <w:rsid w:val="00FF5E09"/>
    <w:rsid w:val="0354A827"/>
    <w:rsid w:val="04640875"/>
    <w:rsid w:val="0854393E"/>
    <w:rsid w:val="08966838"/>
    <w:rsid w:val="0921DE61"/>
    <w:rsid w:val="0CC682D6"/>
    <w:rsid w:val="0EE0E0B9"/>
    <w:rsid w:val="10EB4E96"/>
    <w:rsid w:val="19C3E423"/>
    <w:rsid w:val="1C2E963A"/>
    <w:rsid w:val="216CE0C9"/>
    <w:rsid w:val="225BEB89"/>
    <w:rsid w:val="2A03399C"/>
    <w:rsid w:val="303690AC"/>
    <w:rsid w:val="33438949"/>
    <w:rsid w:val="35149478"/>
    <w:rsid w:val="38027A5B"/>
    <w:rsid w:val="39E58289"/>
    <w:rsid w:val="3A4B0362"/>
    <w:rsid w:val="3C9481E2"/>
    <w:rsid w:val="3CAA337A"/>
    <w:rsid w:val="3E8C5DAB"/>
    <w:rsid w:val="4062D9EA"/>
    <w:rsid w:val="43E79CCE"/>
    <w:rsid w:val="458837B3"/>
    <w:rsid w:val="45E2714A"/>
    <w:rsid w:val="49555DEC"/>
    <w:rsid w:val="4CC60E0C"/>
    <w:rsid w:val="4D5CC4BE"/>
    <w:rsid w:val="4F09C3FD"/>
    <w:rsid w:val="503DB9C3"/>
    <w:rsid w:val="50C4D122"/>
    <w:rsid w:val="51250891"/>
    <w:rsid w:val="55209F4D"/>
    <w:rsid w:val="57A5568D"/>
    <w:rsid w:val="5C3B4076"/>
    <w:rsid w:val="5CB4294E"/>
    <w:rsid w:val="5CBC8F9F"/>
    <w:rsid w:val="5D8163F4"/>
    <w:rsid w:val="5ED7AA36"/>
    <w:rsid w:val="609B371B"/>
    <w:rsid w:val="622DBB11"/>
    <w:rsid w:val="6329A003"/>
    <w:rsid w:val="641FE356"/>
    <w:rsid w:val="648DD834"/>
    <w:rsid w:val="64B11074"/>
    <w:rsid w:val="64BA40E2"/>
    <w:rsid w:val="661EE9D1"/>
    <w:rsid w:val="696B0383"/>
    <w:rsid w:val="6A3460E9"/>
    <w:rsid w:val="6C9C80C4"/>
    <w:rsid w:val="6F8A981D"/>
    <w:rsid w:val="719DE927"/>
    <w:rsid w:val="756A347B"/>
    <w:rsid w:val="75A74BDA"/>
    <w:rsid w:val="766FE69C"/>
    <w:rsid w:val="77973F15"/>
    <w:rsid w:val="77E336DE"/>
    <w:rsid w:val="78F9F867"/>
    <w:rsid w:val="79AEBBEE"/>
    <w:rsid w:val="7C693542"/>
    <w:rsid w:val="7E09CE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96257C4E-9247-47A6-B675-AD32D9E2B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eastAsia="Calibri" w:hAnsi="Calibri"/>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3"/>
      </w:numPr>
      <w:contextualSpacing/>
    </w:pPr>
  </w:style>
  <w:style w:type="paragraph" w:styleId="ListBullet2">
    <w:name w:val="List Bullet 2"/>
    <w:basedOn w:val="Normal"/>
    <w:uiPriority w:val="99"/>
    <w:unhideWhenUsed/>
    <w:rsid w:val="00326F90"/>
    <w:pPr>
      <w:numPr>
        <w:numId w:val="4"/>
      </w:numPr>
      <w:contextualSpacing/>
    </w:pPr>
  </w:style>
  <w:style w:type="paragraph" w:styleId="ListBullet3">
    <w:name w:val="List Bullet 3"/>
    <w:basedOn w:val="Normal"/>
    <w:uiPriority w:val="99"/>
    <w:unhideWhenUsed/>
    <w:rsid w:val="00326F90"/>
    <w:pPr>
      <w:numPr>
        <w:numId w:val="5"/>
      </w:numPr>
      <w:contextualSpacing/>
    </w:pPr>
  </w:style>
  <w:style w:type="paragraph" w:styleId="ListNumber">
    <w:name w:val="List Number"/>
    <w:basedOn w:val="Normal"/>
    <w:uiPriority w:val="99"/>
    <w:unhideWhenUsed/>
    <w:rsid w:val="00326F90"/>
    <w:pPr>
      <w:numPr>
        <w:numId w:val="7"/>
      </w:numPr>
      <w:contextualSpacing/>
    </w:pPr>
  </w:style>
  <w:style w:type="paragraph" w:styleId="ListNumber2">
    <w:name w:val="List Number 2"/>
    <w:basedOn w:val="Normal"/>
    <w:uiPriority w:val="99"/>
    <w:unhideWhenUsed/>
    <w:rsid w:val="0029639D"/>
    <w:pPr>
      <w:numPr>
        <w:numId w:val="8"/>
      </w:numPr>
      <w:contextualSpacing/>
    </w:pPr>
  </w:style>
  <w:style w:type="paragraph" w:styleId="ListNumber3">
    <w:name w:val="List Number 3"/>
    <w:basedOn w:val="Normal"/>
    <w:uiPriority w:val="99"/>
    <w:unhideWhenUsed/>
    <w:rsid w:val="0029639D"/>
    <w:pPr>
      <w:numPr>
        <w:numId w:val="9"/>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AF6337"/>
    <w:rPr>
      <w:color w:val="0000FF" w:themeColor="hyperlink"/>
      <w:u w:val="single"/>
    </w:rPr>
  </w:style>
  <w:style w:type="character" w:styleId="UnresolvedMention">
    <w:name w:val="Unresolved Mention"/>
    <w:basedOn w:val="DefaultParagraphFont"/>
    <w:uiPriority w:val="99"/>
    <w:semiHidden/>
    <w:unhideWhenUsed/>
    <w:rsid w:val="00AF63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22lumsdenlynx@gmail.com" TargetMode="External"/><Relationship Id="rId3" Type="http://schemas.openxmlformats.org/officeDocument/2006/relationships/styles" Target="styles.xml"/><Relationship Id="rId7" Type="http://schemas.openxmlformats.org/officeDocument/2006/relationships/hyperlink" Target="mailto:lbmhaequipment@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arringtonwyonzek@extremehockey.ne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eagues.teamlinkt.com/lbmha/Contac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2</Pages>
  <Words>849</Words>
  <Characters>4280</Characters>
  <Application>Microsoft Office Word</Application>
  <DocSecurity>0</DocSecurity>
  <Lines>214</Lines>
  <Paragraphs>222</Paragraphs>
  <ScaleCrop>false</ScaleCrop>
  <Manager/>
  <Company/>
  <LinksUpToDate>false</LinksUpToDate>
  <CharactersWithSpaces>4907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Krenbrink</dc:creator>
  <cp:keywords/>
  <dc:description>generated by python-docx</dc:description>
  <cp:lastModifiedBy>Tyler Krenbrink</cp:lastModifiedBy>
  <cp:revision>176</cp:revision>
  <dcterms:created xsi:type="dcterms:W3CDTF">2026-08-19T17:52:00Z</dcterms:created>
  <dcterms:modified xsi:type="dcterms:W3CDTF">2026-08-25T18:12:00Z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c10826-de4f-4251-b286-14ebc3012d27_Enabled">
    <vt:lpwstr>true</vt:lpwstr>
  </property>
  <property fmtid="{D5CDD505-2E9C-101B-9397-08002B2CF9AE}" pid="3" name="MSIP_Label_d9c10826-de4f-4251-b286-14ebc3012d27_SetDate">
    <vt:lpwstr>2026-08-19T17:04:30Z</vt:lpwstr>
  </property>
  <property fmtid="{D5CDD505-2E9C-101B-9397-08002B2CF9AE}" pid="4" name="MSIP_Label_d9c10826-de4f-4251-b286-14ebc3012d27_Method">
    <vt:lpwstr>Standard</vt:lpwstr>
  </property>
  <property fmtid="{D5CDD505-2E9C-101B-9397-08002B2CF9AE}" pid="5" name="MSIP_Label_d9c10826-de4f-4251-b286-14ebc3012d27_Name">
    <vt:lpwstr>Internal sub-label</vt:lpwstr>
  </property>
  <property fmtid="{D5CDD505-2E9C-101B-9397-08002B2CF9AE}" pid="6" name="MSIP_Label_d9c10826-de4f-4251-b286-14ebc3012d27_SiteId">
    <vt:lpwstr>dbe9bd7b-4b3a-44b3-b358-e61ff34d58b2</vt:lpwstr>
  </property>
  <property fmtid="{D5CDD505-2E9C-101B-9397-08002B2CF9AE}" pid="7" name="MSIP_Label_d9c10826-de4f-4251-b286-14ebc3012d27_ActionId">
    <vt:lpwstr>03ee7a34-a83b-44a7-b3d9-d199a4197cbc</vt:lpwstr>
  </property>
  <property fmtid="{D5CDD505-2E9C-101B-9397-08002B2CF9AE}" pid="8" name="MSIP_Label_d9c10826-de4f-4251-b286-14ebc3012d27_ContentBits">
    <vt:lpwstr>0</vt:lpwstr>
  </property>
</Properties>
</file>