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color w:val="003399"/>
        </w:rPr>
        <w:t>QUINTE ROYALS BASEBALL ASSOCIATION</w:t>
      </w:r>
    </w:p>
    <w:p>
      <w:pPr>
        <w:pStyle w:val="Heading2"/>
        <w:jc w:val="center"/>
      </w:pPr>
      <w:r>
        <w:rPr>
          <w:color w:val="0066CC"/>
        </w:rPr>
        <w:t>2027 COACHING APPLICATION</w:t>
      </w:r>
    </w:p>
    <w:p>
      <w:pPr>
        <w:jc w:val="center"/>
      </w:pPr>
      <w:r>
        <w:rPr>
          <w:b/>
          <w:color w:val="003399"/>
        </w:rPr>
        <w:t>Applications Close: August 10, 2026</w:t>
      </w:r>
    </w:p>
    <w:p>
      <w:pPr>
        <w:pStyle w:val="Heading2"/>
      </w:pPr>
      <w:r>
        <w:rPr>
          <w:color w:val="FFFFFF"/>
        </w:rPr>
        <w:t>Applicant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Applicant Information</w:t>
            </w:r>
          </w:p>
        </w:tc>
      </w:tr>
    </w:tbl>
    <w:p>
      <w:r>
        <w:rPr>
          <w:b/>
        </w:rPr>
        <w:t xml:space="preserve">Full Name: </w:t>
      </w:r>
      <w:r>
        <w:t>________________________________________</w:t>
      </w:r>
    </w:p>
    <w:p>
      <w:r>
        <w:rPr>
          <w:b/>
        </w:rPr>
        <w:t xml:space="preserve">Address: </w:t>
      </w:r>
      <w:r>
        <w:t>________________________________________</w:t>
      </w:r>
    </w:p>
    <w:p>
      <w:r>
        <w:rPr>
          <w:b/>
        </w:rPr>
        <w:t xml:space="preserve">City: </w:t>
      </w:r>
      <w:r>
        <w:t>________________________________________</w:t>
      </w:r>
    </w:p>
    <w:p>
      <w:r>
        <w:rPr>
          <w:b/>
        </w:rPr>
        <w:t xml:space="preserve">Postal Code: </w:t>
      </w:r>
      <w:r>
        <w:t>________________________________________</w:t>
      </w:r>
    </w:p>
    <w:p>
      <w:r>
        <w:rPr>
          <w:b/>
        </w:rPr>
        <w:t xml:space="preserve">Phone: </w:t>
      </w:r>
      <w:r>
        <w:t>________________________________________</w:t>
      </w:r>
    </w:p>
    <w:p>
      <w:r>
        <w:rPr>
          <w:b/>
        </w:rPr>
        <w:t xml:space="preserve">Email: </w:t>
      </w:r>
      <w:r>
        <w:t>________________________________________</w:t>
      </w:r>
    </w:p>
    <w:p>
      <w:pPr>
        <w:pStyle w:val="Heading2"/>
      </w:pPr>
      <w:r>
        <w:rPr>
          <w:color w:val="FFFFFF"/>
        </w:rPr>
        <w:t>Position Applying For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Position Applying For</w:t>
            </w:r>
          </w:p>
        </w:tc>
      </w:tr>
    </w:tbl>
    <w:p>
      <w:r>
        <w:t>☐ Head Coach    ☐ Assistant Coach</w:t>
      </w:r>
    </w:p>
    <w:p>
      <w:r>
        <w:rPr>
          <w:b/>
        </w:rPr>
        <w:t xml:space="preserve">Preferred Head Coach: </w:t>
      </w:r>
      <w:r>
        <w:t>________________________________________</w:t>
      </w:r>
    </w:p>
    <w:p>
      <w:pPr>
        <w:pStyle w:val="Heading2"/>
      </w:pPr>
      <w:r>
        <w:rPr>
          <w:color w:val="FFFFFF"/>
        </w:rPr>
        <w:t>Team Preference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Team Preference</w:t>
            </w:r>
          </w:p>
        </w:tc>
      </w:tr>
    </w:tbl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fill="003399"/>
          </w:tcPr>
          <w:p>
            <w:r>
              <w:rPr>
                <w:color w:val="FFFFFF"/>
              </w:rPr>
              <w:t>Preference</w:t>
            </w:r>
          </w:p>
        </w:tc>
        <w:tc>
          <w:tcPr>
            <w:tcW w:type="dxa" w:w="2880"/>
            <w:shd w:fill="003399"/>
          </w:tcPr>
          <w:p>
            <w:r>
              <w:rPr>
                <w:color w:val="FFFFFF"/>
              </w:rPr>
              <w:t>Division</w:t>
            </w:r>
          </w:p>
        </w:tc>
        <w:tc>
          <w:tcPr>
            <w:tcW w:type="dxa" w:w="2880"/>
            <w:shd w:fill="003399"/>
          </w:tcPr>
          <w:p>
            <w:r>
              <w:rPr>
                <w:color w:val="FFFFFF"/>
              </w:rPr>
              <w:t>Birth Year</w:t>
            </w:r>
          </w:p>
        </w:tc>
      </w:tr>
      <w:tr>
        <w:tc>
          <w:tcPr>
            <w:tcW w:type="dxa" w:w="2880"/>
          </w:tcPr>
          <w:p>
            <w:r>
              <w:t>1st</w:t>
            </w:r>
          </w:p>
        </w:tc>
        <w:tc>
          <w:tcPr>
            <w:tcW w:type="dxa" w:w="2880"/>
          </w:tcPr>
          <w:p>
            <w:r>
              <w:t>☐ 8U</w:t>
            </w:r>
          </w:p>
        </w:tc>
        <w:tc>
          <w:tcPr>
            <w:tcW w:type="dxa" w:w="2880"/>
          </w:tcPr>
          <w:p>
            <w:r>
              <w:t>2019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9U</w:t>
            </w:r>
          </w:p>
        </w:tc>
        <w:tc>
          <w:tcPr>
            <w:tcW w:type="dxa" w:w="2880"/>
          </w:tcPr>
          <w:p>
            <w:r>
              <w:t>2018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10U</w:t>
            </w:r>
          </w:p>
        </w:tc>
        <w:tc>
          <w:tcPr>
            <w:tcW w:type="dxa" w:w="2880"/>
          </w:tcPr>
          <w:p>
            <w:r>
              <w:t>2017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11U</w:t>
            </w:r>
          </w:p>
        </w:tc>
        <w:tc>
          <w:tcPr>
            <w:tcW w:type="dxa" w:w="2880"/>
          </w:tcPr>
          <w:p>
            <w:r>
              <w:t>2016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12U</w:t>
            </w:r>
          </w:p>
        </w:tc>
        <w:tc>
          <w:tcPr>
            <w:tcW w:type="dxa" w:w="2880"/>
          </w:tcPr>
          <w:p>
            <w:r>
              <w:t>2015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13U</w:t>
            </w:r>
          </w:p>
        </w:tc>
        <w:tc>
          <w:tcPr>
            <w:tcW w:type="dxa" w:w="2880"/>
          </w:tcPr>
          <w:p>
            <w:r>
              <w:t>2014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14U</w:t>
            </w:r>
          </w:p>
        </w:tc>
        <w:tc>
          <w:tcPr>
            <w:tcW w:type="dxa" w:w="2880"/>
          </w:tcPr>
          <w:p>
            <w:r>
              <w:t>2013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15U</w:t>
            </w:r>
          </w:p>
        </w:tc>
        <w:tc>
          <w:tcPr>
            <w:tcW w:type="dxa" w:w="2880"/>
          </w:tcPr>
          <w:p>
            <w:r>
              <w:t>2012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16U</w:t>
            </w:r>
          </w:p>
        </w:tc>
        <w:tc>
          <w:tcPr>
            <w:tcW w:type="dxa" w:w="2880"/>
          </w:tcPr>
          <w:p>
            <w:r>
              <w:t>2011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18U</w:t>
            </w:r>
          </w:p>
        </w:tc>
        <w:tc>
          <w:tcPr>
            <w:tcW w:type="dxa" w:w="2880"/>
          </w:tcPr>
          <w:p>
            <w:r>
              <w:t>2009-2010</w:t>
            </w:r>
          </w:p>
        </w:tc>
      </w:tr>
      <w:tr>
        <w:tc>
          <w:tcPr>
            <w:tcW w:type="dxa" w:w="2880"/>
          </w:tcPr>
          <w:p>
            <w:r/>
          </w:p>
        </w:tc>
        <w:tc>
          <w:tcPr>
            <w:tcW w:type="dxa" w:w="2880"/>
          </w:tcPr>
          <w:p>
            <w:r>
              <w:t>☐ 22U</w:t>
            </w:r>
          </w:p>
        </w:tc>
        <w:tc>
          <w:tcPr>
            <w:tcW w:type="dxa" w:w="2880"/>
          </w:tcPr>
          <w:p>
            <w:r>
              <w:t>2005-2008</w:t>
            </w:r>
          </w:p>
        </w:tc>
      </w:tr>
    </w:tbl>
    <w:p>
      <w:r>
        <w:t>2nd Choice: ____________________</w:t>
      </w:r>
    </w:p>
    <w:p>
      <w:r>
        <w:t>3rd Choice: ____________________</w:t>
      </w:r>
    </w:p>
    <w:p>
      <w:pPr>
        <w:pStyle w:val="Heading2"/>
      </w:pPr>
      <w:r>
        <w:rPr>
          <w:color w:val="FFFFFF"/>
        </w:rPr>
        <w:t>Coaching Experience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Coaching Experience</w:t>
            </w:r>
          </w:p>
        </w:tc>
      </w:tr>
    </w:tbl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pPr>
        <w:pStyle w:val="Heading2"/>
      </w:pPr>
      <w:r>
        <w:rPr>
          <w:color w:val="FFFFFF"/>
        </w:rPr>
        <w:t>Baseball Experience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Baseball Experience</w:t>
            </w:r>
          </w:p>
        </w:tc>
      </w:tr>
    </w:tbl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pPr>
        <w:pStyle w:val="Heading2"/>
      </w:pPr>
      <w:r>
        <w:rPr>
          <w:color w:val="FFFFFF"/>
        </w:rPr>
        <w:t>Other Coaching Experience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Other Coaching Experience</w:t>
            </w:r>
          </w:p>
        </w:tc>
      </w:tr>
    </w:tbl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pPr>
        <w:pStyle w:val="Heading2"/>
      </w:pPr>
      <w:r>
        <w:rPr>
          <w:color w:val="FFFFFF"/>
        </w:rPr>
        <w:t>Certifications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Certifications</w:t>
            </w:r>
          </w:p>
        </w:tc>
      </w:tr>
    </w:tbl>
    <w:p>
      <w:r>
        <w:t>☐ NCCP Initiation</w:t>
        <w:br/>
        <w:t>☐ Coach Initiation in Sport</w:t>
        <w:br/>
        <w:t>☐ Making Ethical Decisions</w:t>
        <w:br/>
        <w:t>☐ Respect in Sport</w:t>
        <w:br/>
        <w:t>☐ First Aid / CPR</w:t>
        <w:br/>
        <w:t>☐ Other: __________________</w:t>
      </w:r>
    </w:p>
    <w:p>
      <w:pPr>
        <w:pStyle w:val="Heading2"/>
      </w:pPr>
      <w:r>
        <w:rPr>
          <w:color w:val="FFFFFF"/>
        </w:rPr>
        <w:t>Criminal Record / Vulnerable Sector Check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Criminal Record / Vulnerable Sector Check</w:t>
            </w:r>
          </w:p>
        </w:tc>
      </w:tr>
    </w:tbl>
    <w:p>
      <w:r>
        <w:t>☐ Valid Criminal Record Check</w:t>
        <w:br/>
        <w:t>☐ Valid Vulnerable Sector Check</w:t>
        <w:br/>
        <w:t>☐ I understand these are required if selected.</w:t>
      </w:r>
    </w:p>
    <w:p>
      <w:pPr>
        <w:pStyle w:val="Heading2"/>
      </w:pPr>
      <w:r>
        <w:rPr>
          <w:color w:val="FFFFFF"/>
        </w:rPr>
        <w:t>Coaching Philosophy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Coaching Philosophy</w:t>
            </w:r>
          </w:p>
        </w:tc>
      </w:tr>
    </w:tbl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pPr>
        <w:pStyle w:val="Heading2"/>
      </w:pPr>
      <w:r>
        <w:rPr>
          <w:color w:val="FFFFFF"/>
        </w:rPr>
        <w:t>Player Development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Player Development</w:t>
            </w:r>
          </w:p>
        </w:tc>
      </w:tr>
    </w:tbl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pPr>
        <w:pStyle w:val="Heading2"/>
      </w:pPr>
      <w:r>
        <w:rPr>
          <w:color w:val="FFFFFF"/>
        </w:rPr>
        <w:t>Communication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Communication</w:t>
            </w:r>
          </w:p>
        </w:tc>
      </w:tr>
    </w:tbl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r>
        <w:t>_______________________________________________________________</w:t>
      </w:r>
    </w:p>
    <w:p>
      <w:pPr>
        <w:pStyle w:val="Heading2"/>
      </w:pPr>
      <w:r>
        <w:rPr>
          <w:color w:val="FFFFFF"/>
        </w:rPr>
        <w:t>References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References</w:t>
            </w:r>
          </w:p>
        </w:tc>
      </w:tr>
    </w:tbl>
    <w:p>
      <w:r>
        <w:t>Reference #1</w:t>
        <w:br/>
        <w:t>Name: ____________________</w:t>
        <w:br/>
        <w:t>Phone: ____________________</w:t>
        <w:br/>
        <w:t>Relationship: ____________________</w:t>
      </w:r>
    </w:p>
    <w:p>
      <w:r>
        <w:t>Reference #2</w:t>
        <w:br/>
        <w:t>Name: ____________________</w:t>
        <w:br/>
        <w:t>Phone: ____________________</w:t>
        <w:br/>
        <w:t>Relationship: ____________________</w:t>
      </w:r>
    </w:p>
    <w:p>
      <w:pPr>
        <w:pStyle w:val="Heading2"/>
      </w:pPr>
      <w:r>
        <w:rPr>
          <w:color w:val="FFFFFF"/>
        </w:rPr>
        <w:t>Applicant Declaration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fill="003399"/>
          </w:tcPr>
          <w:p>
            <w:pPr>
              <w:jc w:val="left"/>
            </w:pPr>
            <w:r>
              <w:rPr>
                <w:b/>
                <w:color w:val="FFFFFF"/>
              </w:rPr>
              <w:t>Applicant Declaration</w:t>
            </w:r>
          </w:p>
        </w:tc>
      </w:tr>
    </w:tbl>
    <w:p>
      <w:r>
        <w:t>I certify the information provided is true and understand the expectations of Quinte Royals coaches regarding professionalism, player development, certifications, and adherence to Association, EOBA, EOSBA and OBA policies.</w:t>
      </w:r>
    </w:p>
    <w:p>
      <w:r>
        <w:t>Signature: ____________________________    Date: __________________</w:t>
      </w:r>
    </w:p>
    <w:p>
      <w:r>
        <w:rPr>
          <w:b/>
          <w:color w:val="003399"/>
        </w:rPr>
        <w:t>Submit by August 10, 2026 • quinteroyals@gmail.com</w:t>
      </w:r>
    </w:p>
    <w:sectPr w:rsidR="00FC693F" w:rsidRPr="0006063C" w:rsidSect="00034616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FFF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